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B35A" w14:textId="77777777" w:rsidR="004615E4" w:rsidRPr="008E4EB6" w:rsidRDefault="00A54D6E">
      <w:pPr>
        <w:rPr>
          <w:highlight w:val="yellow"/>
          <w:lang w:val="de-DE"/>
        </w:rPr>
      </w:pPr>
      <w:r w:rsidRPr="008E4EB6">
        <w:rPr>
          <w:highlight w:val="yellow"/>
          <w:lang w:val="de-DE"/>
        </w:rPr>
        <w:t>Max Mustermann</w:t>
      </w:r>
    </w:p>
    <w:p w14:paraId="0B656927" w14:textId="77777777" w:rsidR="004615E4" w:rsidRPr="008E4EB6" w:rsidRDefault="00A54D6E">
      <w:pPr>
        <w:rPr>
          <w:highlight w:val="yellow"/>
          <w:lang w:val="de-DE"/>
        </w:rPr>
      </w:pPr>
      <w:r w:rsidRPr="008E4EB6">
        <w:rPr>
          <w:highlight w:val="yellow"/>
          <w:lang w:val="de-DE"/>
        </w:rPr>
        <w:t>Musterstraße 12</w:t>
      </w:r>
    </w:p>
    <w:p w14:paraId="4C7FAE65" w14:textId="77777777" w:rsidR="004615E4" w:rsidRPr="009C4751" w:rsidRDefault="00A54D6E">
      <w:pPr>
        <w:rPr>
          <w:lang w:val="de-DE"/>
        </w:rPr>
      </w:pPr>
      <w:r w:rsidRPr="008E4EB6">
        <w:rPr>
          <w:highlight w:val="yellow"/>
          <w:lang w:val="de-DE"/>
        </w:rPr>
        <w:t>39345 Musterort</w:t>
      </w:r>
    </w:p>
    <w:p w14:paraId="59523F7E" w14:textId="77777777" w:rsidR="004615E4" w:rsidRPr="009C4751" w:rsidRDefault="004615E4">
      <w:pPr>
        <w:rPr>
          <w:lang w:val="de-DE"/>
        </w:rPr>
      </w:pPr>
    </w:p>
    <w:p w14:paraId="435AA6B4" w14:textId="77777777" w:rsidR="004615E4" w:rsidRPr="009C4751" w:rsidRDefault="00A54D6E">
      <w:pPr>
        <w:rPr>
          <w:lang w:val="de-DE"/>
        </w:rPr>
      </w:pPr>
      <w:r w:rsidRPr="009C4751">
        <w:rPr>
          <w:lang w:val="de-DE"/>
        </w:rPr>
        <w:t>An die</w:t>
      </w:r>
    </w:p>
    <w:p w14:paraId="6E75D290" w14:textId="4F78A3D1" w:rsidR="004615E4" w:rsidRDefault="00A54D6E">
      <w:pPr>
        <w:rPr>
          <w:lang w:val="de-DE"/>
        </w:rPr>
      </w:pPr>
      <w:r w:rsidRPr="009C4751">
        <w:rPr>
          <w:lang w:val="de-DE"/>
        </w:rPr>
        <w:t>Gemeinde Altenhausen</w:t>
      </w:r>
    </w:p>
    <w:p w14:paraId="6AC1E1E4" w14:textId="77777777" w:rsidR="004827BC" w:rsidRPr="004827BC" w:rsidRDefault="004827BC" w:rsidP="004827BC">
      <w:pPr>
        <w:rPr>
          <w:lang w:val="de-DE"/>
        </w:rPr>
      </w:pPr>
      <w:r w:rsidRPr="004827BC">
        <w:rPr>
          <w:lang w:val="de-DE"/>
        </w:rPr>
        <w:t>Lange Straße 13</w:t>
      </w:r>
    </w:p>
    <w:p w14:paraId="1D8F74E4" w14:textId="55D43935" w:rsidR="004827BC" w:rsidRPr="008E4EB6" w:rsidRDefault="008E4EB6">
      <w:pPr>
        <w:rPr>
          <w:lang w:val="de-DE"/>
        </w:rPr>
      </w:pPr>
      <w:r w:rsidRPr="008E4EB6">
        <w:rPr>
          <w:lang w:val="de-DE"/>
        </w:rPr>
        <w:t>39343 Altenhausen</w:t>
      </w:r>
    </w:p>
    <w:p w14:paraId="391BD3BA" w14:textId="77777777" w:rsidR="004615E4" w:rsidRPr="009C4751" w:rsidRDefault="00A54D6E" w:rsidP="008E4EB6">
      <w:pPr>
        <w:jc w:val="right"/>
        <w:rPr>
          <w:lang w:val="de-DE"/>
        </w:rPr>
      </w:pPr>
      <w:r w:rsidRPr="009C4751">
        <w:rPr>
          <w:lang w:val="de-DE"/>
        </w:rPr>
        <w:t>Datum: [</w:t>
      </w:r>
      <w:r w:rsidRPr="008E4EB6">
        <w:rPr>
          <w:highlight w:val="yellow"/>
          <w:lang w:val="de-DE"/>
        </w:rPr>
        <w:t>Datum ergänzen]</w:t>
      </w:r>
    </w:p>
    <w:p w14:paraId="7B965252" w14:textId="77777777" w:rsidR="004615E4" w:rsidRPr="009C4751" w:rsidRDefault="004615E4">
      <w:pPr>
        <w:rPr>
          <w:lang w:val="de-DE"/>
        </w:rPr>
      </w:pPr>
    </w:p>
    <w:p w14:paraId="50E10621" w14:textId="77777777" w:rsidR="004615E4" w:rsidRPr="009C4751" w:rsidRDefault="00A54D6E">
      <w:pPr>
        <w:rPr>
          <w:lang w:val="de-DE"/>
        </w:rPr>
      </w:pPr>
      <w:r w:rsidRPr="009C4751">
        <w:rPr>
          <w:b/>
          <w:lang w:val="de-DE"/>
        </w:rPr>
        <w:t>Betreff: Stellungnahme zum geplanten Windpark Altenhausen</w:t>
      </w:r>
    </w:p>
    <w:p w14:paraId="63B50105" w14:textId="77777777" w:rsidR="004615E4" w:rsidRPr="009C4751" w:rsidRDefault="00A54D6E">
      <w:pPr>
        <w:rPr>
          <w:lang w:val="de-DE"/>
        </w:rPr>
      </w:pPr>
      <w:r w:rsidRPr="009C4751">
        <w:rPr>
          <w:lang w:val="de-DE"/>
        </w:rPr>
        <w:t>Sehr geehrte Damen und Herren,</w:t>
      </w:r>
    </w:p>
    <w:p w14:paraId="31F4FF46" w14:textId="77777777" w:rsidR="004615E4" w:rsidRPr="009C4751" w:rsidRDefault="00A54D6E">
      <w:pPr>
        <w:rPr>
          <w:lang w:val="de-DE"/>
        </w:rPr>
      </w:pPr>
      <w:r w:rsidRPr="009C4751">
        <w:rPr>
          <w:lang w:val="de-DE"/>
        </w:rPr>
        <w:t>hiermit nehme ich zum geplanten Windpark im Bereich Altenhausen Stellung.</w:t>
      </w:r>
    </w:p>
    <w:p w14:paraId="1EF1EDD5" w14:textId="77777777" w:rsidR="004615E4" w:rsidRPr="009C4751" w:rsidRDefault="00A54D6E">
      <w:pPr>
        <w:rPr>
          <w:lang w:val="de-DE"/>
        </w:rPr>
      </w:pPr>
      <w:r w:rsidRPr="009C4751">
        <w:rPr>
          <w:lang w:val="de-DE"/>
        </w:rPr>
        <w:t>Ich bin nicht grundsätzlich gegen erneuerbare Energien oder gegen Windkraft. Ich halte diesen konkreten Standort im Wald des Flechtinger Höhenzugs jedoch für sehr kritisch.</w:t>
      </w:r>
    </w:p>
    <w:p w14:paraId="423DD035" w14:textId="77777777" w:rsidR="004615E4" w:rsidRPr="009C4751" w:rsidRDefault="00A54D6E">
      <w:pPr>
        <w:rPr>
          <w:lang w:val="de-DE"/>
        </w:rPr>
      </w:pPr>
      <w:r w:rsidRPr="009C4751">
        <w:rPr>
          <w:lang w:val="de-DE"/>
        </w:rPr>
        <w:t>Aus meiner Sicht müssen vor jeder weiteren Entscheidung insbesondere folgende Punkte vollständig und nachvollziehbar geprüft werden:</w:t>
      </w:r>
    </w:p>
    <w:p w14:paraId="58695433" w14:textId="77777777" w:rsidR="004615E4" w:rsidRPr="009C4751" w:rsidRDefault="00A54D6E">
      <w:pPr>
        <w:pStyle w:val="Aufzhlungszeichen"/>
        <w:rPr>
          <w:lang w:val="de-DE"/>
        </w:rPr>
      </w:pPr>
      <w:r w:rsidRPr="009C4751">
        <w:rPr>
          <w:lang w:val="de-DE"/>
        </w:rPr>
        <w:t>warum gerade dieser Waldstandort ausgewählt wurde,</w:t>
      </w:r>
    </w:p>
    <w:p w14:paraId="5BD0054A" w14:textId="77777777" w:rsidR="004615E4" w:rsidRPr="009C4751" w:rsidRDefault="00A54D6E">
      <w:pPr>
        <w:pStyle w:val="Aufzhlungszeichen"/>
        <w:rPr>
          <w:lang w:val="de-DE"/>
        </w:rPr>
      </w:pPr>
      <w:r w:rsidRPr="009C4751">
        <w:rPr>
          <w:lang w:val="de-DE"/>
        </w:rPr>
        <w:t xml:space="preserve">welche Alternativen und </w:t>
      </w:r>
      <w:proofErr w:type="spellStart"/>
      <w:r w:rsidRPr="009C4751">
        <w:rPr>
          <w:lang w:val="de-DE"/>
        </w:rPr>
        <w:t>Repowering</w:t>
      </w:r>
      <w:proofErr w:type="spellEnd"/>
      <w:r w:rsidRPr="009C4751">
        <w:rPr>
          <w:lang w:val="de-DE"/>
        </w:rPr>
        <w:t>-Möglichkeiten geprüft wurden,</w:t>
      </w:r>
    </w:p>
    <w:p w14:paraId="5667BCC7" w14:textId="77777777" w:rsidR="004615E4" w:rsidRPr="009C4751" w:rsidRDefault="00A54D6E">
      <w:pPr>
        <w:pStyle w:val="Aufzhlungszeichen"/>
        <w:rPr>
          <w:lang w:val="de-DE"/>
        </w:rPr>
      </w:pPr>
      <w:r w:rsidRPr="009C4751">
        <w:rPr>
          <w:lang w:val="de-DE"/>
        </w:rPr>
        <w:t>welche Auswirkungen auf Wald, Landschaft, Erholung und Ortsbild entstehen,</w:t>
      </w:r>
    </w:p>
    <w:p w14:paraId="64C1F06A" w14:textId="77777777" w:rsidR="004615E4" w:rsidRPr="009C4751" w:rsidRDefault="00A54D6E">
      <w:pPr>
        <w:pStyle w:val="Aufzhlungszeichen"/>
        <w:rPr>
          <w:lang w:val="de-DE"/>
        </w:rPr>
      </w:pPr>
      <w:r w:rsidRPr="009C4751">
        <w:rPr>
          <w:lang w:val="de-DE"/>
        </w:rPr>
        <w:t>welche Folgen für Vogelwelt, Fledermäuse, Rotmilan und weitere Arten zu erwarten sind,</w:t>
      </w:r>
    </w:p>
    <w:p w14:paraId="7F30EF57" w14:textId="77777777" w:rsidR="004615E4" w:rsidRPr="009C4751" w:rsidRDefault="00A54D6E">
      <w:pPr>
        <w:pStyle w:val="Aufzhlungszeichen"/>
        <w:rPr>
          <w:lang w:val="de-DE"/>
        </w:rPr>
      </w:pPr>
      <w:r w:rsidRPr="009C4751">
        <w:rPr>
          <w:lang w:val="de-DE"/>
        </w:rPr>
        <w:t>wie finanzielle Vorteile gegenüber dauerhaften Belastungen abgewogen werden.</w:t>
      </w:r>
    </w:p>
    <w:p w14:paraId="135ADED5" w14:textId="77777777" w:rsidR="004615E4" w:rsidRPr="009C4751" w:rsidRDefault="00A54D6E">
      <w:pPr>
        <w:rPr>
          <w:lang w:val="de-DE"/>
        </w:rPr>
      </w:pPr>
      <w:r w:rsidRPr="009C4751">
        <w:rPr>
          <w:lang w:val="de-DE"/>
        </w:rPr>
        <w:t>Ich bitte darum, das Verfahren nicht weiterzuführen, solange diese Fragen nicht vollständig und öffentlich nachvollziehbar beantwortet sind.</w:t>
      </w:r>
    </w:p>
    <w:p w14:paraId="20235F88" w14:textId="77777777" w:rsidR="004615E4" w:rsidRPr="009C4751" w:rsidRDefault="00A54D6E">
      <w:pPr>
        <w:rPr>
          <w:lang w:val="de-DE"/>
        </w:rPr>
      </w:pPr>
      <w:r w:rsidRPr="009C4751">
        <w:rPr>
          <w:lang w:val="de-DE"/>
        </w:rPr>
        <w:t>Bitte bestätigen Sie mir den Eingang dieser Stellungnahme.</w:t>
      </w:r>
    </w:p>
    <w:p w14:paraId="0814A932" w14:textId="77777777" w:rsidR="004615E4" w:rsidRDefault="00A54D6E">
      <w:r>
        <w:t xml:space="preserve">Mit </w:t>
      </w:r>
      <w:proofErr w:type="spellStart"/>
      <w:r>
        <w:t>freundlichen</w:t>
      </w:r>
      <w:proofErr w:type="spellEnd"/>
      <w:r>
        <w:t xml:space="preserve"> </w:t>
      </w:r>
      <w:proofErr w:type="spellStart"/>
      <w:r>
        <w:t>Grüßen</w:t>
      </w:r>
      <w:proofErr w:type="spellEnd"/>
    </w:p>
    <w:p w14:paraId="1BAB8CE7" w14:textId="77777777" w:rsidR="004615E4" w:rsidRDefault="004615E4"/>
    <w:p w14:paraId="30CCBC82" w14:textId="77777777" w:rsidR="008E4EB6" w:rsidRDefault="008E4EB6"/>
    <w:p w14:paraId="1F493411" w14:textId="77777777" w:rsidR="004615E4" w:rsidRDefault="00A54D6E">
      <w:r w:rsidRPr="008E4EB6">
        <w:rPr>
          <w:highlight w:val="yellow"/>
        </w:rPr>
        <w:t>Max Mustermann</w:t>
      </w:r>
    </w:p>
    <w:sectPr w:rsidR="004615E4" w:rsidSect="00034616">
      <w:footerReference w:type="even" r:id="rId8"/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E766" w14:textId="77777777" w:rsidR="00A54D6E" w:rsidRDefault="00A54D6E" w:rsidP="009C4751">
      <w:pPr>
        <w:spacing w:after="0" w:line="240" w:lineRule="auto"/>
      </w:pPr>
      <w:r>
        <w:separator/>
      </w:r>
    </w:p>
  </w:endnote>
  <w:endnote w:type="continuationSeparator" w:id="0">
    <w:p w14:paraId="662C4590" w14:textId="77777777" w:rsidR="00A54D6E" w:rsidRDefault="00A54D6E" w:rsidP="009C4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DCA0" w14:textId="5A026053" w:rsidR="009C4751" w:rsidRDefault="009C4751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362CC4" wp14:editId="6FF27B3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292782746" name="Textfeld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C1510" w14:textId="4370E9B8" w:rsidR="009C4751" w:rsidRPr="009C4751" w:rsidRDefault="009C4751" w:rsidP="009C475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475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62CC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AL" style="position:absolute;margin-left:0;margin-top:0;width:59.6pt;height:25.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6E6C1510" w14:textId="4370E9B8" w:rsidR="009C4751" w:rsidRPr="009C4751" w:rsidRDefault="009C4751" w:rsidP="009C475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9C4751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2D3D2" w14:textId="6C8CA9FD" w:rsidR="009C4751" w:rsidRDefault="009C4751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B624C0A" wp14:editId="062462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1400776405" name="Textfeld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54A82" w14:textId="68A81C8A" w:rsidR="009C4751" w:rsidRPr="009C4751" w:rsidRDefault="009C4751" w:rsidP="009C475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475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24C0A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AL" style="position:absolute;margin-left:0;margin-top:0;width:59.6pt;height:25.6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3254A82" w14:textId="68A81C8A" w:rsidR="009C4751" w:rsidRPr="009C4751" w:rsidRDefault="009C4751" w:rsidP="009C475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9C4751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3326D" w14:textId="06CA0E21" w:rsidR="009C4751" w:rsidRDefault="009C4751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08CB3F9" wp14:editId="61EF0E0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120"/>
              <wp:effectExtent l="0" t="0" r="5080" b="0"/>
              <wp:wrapNone/>
              <wp:docPr id="1331090581" name="Textfeld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788A6" w14:textId="7E322669" w:rsidR="009C4751" w:rsidRPr="009C4751" w:rsidRDefault="009C4751" w:rsidP="009C475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475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8CB3F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AL" style="position:absolute;margin-left:0;margin-top:0;width:59.6pt;height:25.6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8A788A6" w14:textId="7E322669" w:rsidR="009C4751" w:rsidRPr="009C4751" w:rsidRDefault="009C4751" w:rsidP="009C475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9C4751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C72D2" w14:textId="77777777" w:rsidR="00A54D6E" w:rsidRDefault="00A54D6E" w:rsidP="009C4751">
      <w:pPr>
        <w:spacing w:after="0" w:line="240" w:lineRule="auto"/>
      </w:pPr>
      <w:r>
        <w:separator/>
      </w:r>
    </w:p>
  </w:footnote>
  <w:footnote w:type="continuationSeparator" w:id="0">
    <w:p w14:paraId="7A489559" w14:textId="77777777" w:rsidR="00A54D6E" w:rsidRDefault="00A54D6E" w:rsidP="009C4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187202">
    <w:abstractNumId w:val="8"/>
  </w:num>
  <w:num w:numId="2" w16cid:durableId="1082682735">
    <w:abstractNumId w:val="6"/>
  </w:num>
  <w:num w:numId="3" w16cid:durableId="1493831577">
    <w:abstractNumId w:val="5"/>
  </w:num>
  <w:num w:numId="4" w16cid:durableId="838739057">
    <w:abstractNumId w:val="4"/>
  </w:num>
  <w:num w:numId="5" w16cid:durableId="1027677176">
    <w:abstractNumId w:val="7"/>
  </w:num>
  <w:num w:numId="6" w16cid:durableId="1530529524">
    <w:abstractNumId w:val="3"/>
  </w:num>
  <w:num w:numId="7" w16cid:durableId="1814178095">
    <w:abstractNumId w:val="2"/>
  </w:num>
  <w:num w:numId="8" w16cid:durableId="2130542250">
    <w:abstractNumId w:val="1"/>
  </w:num>
  <w:num w:numId="9" w16cid:durableId="137057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15E4"/>
    <w:rsid w:val="004827BC"/>
    <w:rsid w:val="00640B81"/>
    <w:rsid w:val="008E4EB6"/>
    <w:rsid w:val="009C4751"/>
    <w:rsid w:val="00A02B04"/>
    <w:rsid w:val="00A54D6E"/>
    <w:rsid w:val="00AA1D8D"/>
    <w:rsid w:val="00B47730"/>
    <w:rsid w:val="00CB0664"/>
    <w:rsid w:val="00EA7000"/>
    <w:rsid w:val="00F45D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3FCDBAC5-4E3E-44C2-ABE3-77993583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ptos" w:hAnsi="Aptos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D3F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D3F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1052</Characters>
  <Application>Microsoft Office Word</Application>
  <DocSecurity>0</DocSecurity>
  <Lines>28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Warnke, Steffen (VPM/2)</cp:lastModifiedBy>
  <cp:revision>5</cp:revision>
  <dcterms:created xsi:type="dcterms:W3CDTF">2013-12-23T23:15:00Z</dcterms:created>
  <dcterms:modified xsi:type="dcterms:W3CDTF">2026-08-04T12:31:00Z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4f56d495,1173829a,537e26d5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