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D6277" w14:textId="77777777" w:rsidR="004B432C" w:rsidRPr="00055C4F" w:rsidRDefault="00C03C5F">
      <w:pPr>
        <w:spacing w:after="40"/>
        <w:jc w:val="center"/>
        <w:rPr>
          <w:sz w:val="20"/>
          <w:szCs w:val="21"/>
          <w:lang w:val="de-DE"/>
        </w:rPr>
      </w:pPr>
      <w:r w:rsidRPr="00055C4F">
        <w:rPr>
          <w:noProof/>
          <w:sz w:val="20"/>
          <w:szCs w:val="21"/>
          <w:lang w:val="de-DE"/>
        </w:rPr>
        <w:drawing>
          <wp:inline distT="0" distB="0" distL="0" distR="0" wp14:anchorId="286D297E" wp14:editId="7EDD9A3D">
            <wp:extent cx="2376000" cy="237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nitiative_flechtinger_hoehenzug.png"/>
                    <pic:cNvPicPr/>
                  </pic:nvPicPr>
                  <pic:blipFill>
                    <a:blip r:embed="rId8"/>
                    <a:stretch>
                      <a:fillRect/>
                    </a:stretch>
                  </pic:blipFill>
                  <pic:spPr>
                    <a:xfrm>
                      <a:off x="0" y="0"/>
                      <a:ext cx="2376000" cy="2376000"/>
                    </a:xfrm>
                    <a:prstGeom prst="rect">
                      <a:avLst/>
                    </a:prstGeom>
                  </pic:spPr>
                </pic:pic>
              </a:graphicData>
            </a:graphic>
          </wp:inline>
        </w:drawing>
      </w:r>
    </w:p>
    <w:p w14:paraId="69C72EFE" w14:textId="77777777" w:rsidR="004B432C" w:rsidRPr="00055C4F" w:rsidRDefault="00C03C5F">
      <w:pPr>
        <w:spacing w:after="40"/>
        <w:jc w:val="center"/>
        <w:rPr>
          <w:sz w:val="20"/>
          <w:szCs w:val="21"/>
          <w:lang w:val="de-DE"/>
        </w:rPr>
      </w:pPr>
      <w:r w:rsidRPr="00055C4F">
        <w:rPr>
          <w:b/>
          <w:color w:val="C46A3F"/>
          <w:sz w:val="24"/>
          <w:szCs w:val="21"/>
          <w:lang w:val="de-DE"/>
        </w:rPr>
        <w:t>PETITION MIT UNTERSCHRIFTENLISTE</w:t>
      </w:r>
    </w:p>
    <w:p w14:paraId="1962B638" w14:textId="77777777" w:rsidR="004B432C" w:rsidRPr="00055C4F" w:rsidRDefault="00C03C5F">
      <w:pPr>
        <w:spacing w:after="40"/>
        <w:jc w:val="center"/>
        <w:rPr>
          <w:sz w:val="20"/>
          <w:szCs w:val="21"/>
          <w:lang w:val="de-DE"/>
        </w:rPr>
      </w:pPr>
      <w:r w:rsidRPr="00055C4F">
        <w:rPr>
          <w:b/>
          <w:color w:val="2F5D3F"/>
          <w:sz w:val="52"/>
          <w:szCs w:val="21"/>
          <w:lang w:val="de-DE"/>
        </w:rPr>
        <w:t>Flechtinger Höhenzug schützen</w:t>
      </w:r>
    </w:p>
    <w:p w14:paraId="7AF5440D" w14:textId="77777777" w:rsidR="004B432C" w:rsidRPr="00055C4F" w:rsidRDefault="00C03C5F">
      <w:pPr>
        <w:spacing w:after="160"/>
        <w:jc w:val="center"/>
        <w:rPr>
          <w:sz w:val="20"/>
          <w:szCs w:val="21"/>
          <w:lang w:val="de-DE"/>
        </w:rPr>
      </w:pPr>
      <w:r w:rsidRPr="00055C4F">
        <w:rPr>
          <w:b/>
          <w:color w:val="2F5D3F"/>
          <w:sz w:val="32"/>
          <w:szCs w:val="21"/>
          <w:lang w:val="de-DE"/>
        </w:rPr>
        <w:t>Windpark Altenhausen kritisch prüfen</w:t>
      </w:r>
    </w:p>
    <w:tbl>
      <w:tblPr>
        <w:tblW w:w="5000" w:type="pct"/>
        <w:jc w:val="center"/>
        <w:tblLook w:val="04A0" w:firstRow="1" w:lastRow="0" w:firstColumn="1" w:lastColumn="0" w:noHBand="0" w:noVBand="1"/>
      </w:tblPr>
      <w:tblGrid>
        <w:gridCol w:w="10400"/>
      </w:tblGrid>
      <w:tr w:rsidR="004B432C" w:rsidRPr="00055C4F" w14:paraId="75BCDF39" w14:textId="77777777">
        <w:trPr>
          <w:jc w:val="center"/>
        </w:trPr>
        <w:tc>
          <w:tcPr>
            <w:tcW w:w="10426" w:type="dxa"/>
            <w:tcBorders>
              <w:top w:val="single" w:sz="2" w:space="0" w:color="FFF9E8"/>
              <w:left w:val="single" w:sz="18" w:space="0" w:color="C46A3F"/>
              <w:bottom w:val="single" w:sz="2" w:space="0" w:color="FFF9E8"/>
              <w:right w:val="single" w:sz="2" w:space="0" w:color="FFF9E8"/>
            </w:tcBorders>
            <w:shd w:val="clear" w:color="auto" w:fill="FFF9E8"/>
            <w:tcMar>
              <w:top w:w="160" w:type="dxa"/>
              <w:left w:w="180" w:type="dxa"/>
              <w:bottom w:w="160" w:type="dxa"/>
              <w:right w:w="180" w:type="dxa"/>
            </w:tcMar>
          </w:tcPr>
          <w:p w14:paraId="2E40B264" w14:textId="77777777" w:rsidR="004B432C" w:rsidRPr="00055C4F" w:rsidRDefault="00C03C5F">
            <w:pPr>
              <w:spacing w:after="80"/>
              <w:rPr>
                <w:sz w:val="20"/>
                <w:szCs w:val="21"/>
                <w:lang w:val="de-DE"/>
              </w:rPr>
            </w:pPr>
            <w:r w:rsidRPr="00055C4F">
              <w:rPr>
                <w:b/>
                <w:color w:val="C46A3F"/>
                <w:sz w:val="22"/>
                <w:szCs w:val="21"/>
                <w:lang w:val="de-DE"/>
              </w:rPr>
              <w:t>Unser Anliegen</w:t>
            </w:r>
          </w:p>
          <w:p w14:paraId="03086FFD" w14:textId="77777777" w:rsidR="004B432C" w:rsidRPr="00055C4F" w:rsidRDefault="00C03C5F">
            <w:pPr>
              <w:spacing w:after="0"/>
              <w:rPr>
                <w:sz w:val="20"/>
                <w:szCs w:val="21"/>
                <w:lang w:val="de-DE"/>
              </w:rPr>
            </w:pPr>
            <w:r w:rsidRPr="00055C4F">
              <w:rPr>
                <w:color w:val="23302A"/>
                <w:sz w:val="18"/>
                <w:szCs w:val="21"/>
                <w:lang w:val="de-DE"/>
              </w:rPr>
              <w:t>Wir sind nicht grundsätzlich gegen erneuerbare Energien. Wir fordern aber eine faire, transparente und nachvollziehbare Prüfung dieses konkreten Waldstandortes im Flechtinger Höhenzug, bevor weitere Fakten geschaffen werden.</w:t>
            </w:r>
          </w:p>
        </w:tc>
      </w:tr>
    </w:tbl>
    <w:p w14:paraId="69CC9541" w14:textId="77777777" w:rsidR="004B432C" w:rsidRPr="00055C4F" w:rsidRDefault="004B432C">
      <w:pPr>
        <w:spacing w:after="20"/>
        <w:rPr>
          <w:sz w:val="20"/>
          <w:szCs w:val="21"/>
          <w:lang w:val="de-DE"/>
        </w:rPr>
      </w:pPr>
    </w:p>
    <w:tbl>
      <w:tblPr>
        <w:tblW w:w="5000" w:type="pct"/>
        <w:jc w:val="center"/>
        <w:tblLook w:val="04A0" w:firstRow="1" w:lastRow="0" w:firstColumn="1" w:lastColumn="0" w:noHBand="0" w:noVBand="1"/>
      </w:tblPr>
      <w:tblGrid>
        <w:gridCol w:w="3469"/>
        <w:gridCol w:w="3467"/>
        <w:gridCol w:w="3470"/>
      </w:tblGrid>
      <w:tr w:rsidR="004B432C" w:rsidRPr="00055C4F" w14:paraId="42E55A67" w14:textId="77777777">
        <w:trPr>
          <w:jc w:val="center"/>
        </w:trPr>
        <w:tc>
          <w:tcPr>
            <w:tcW w:w="3475" w:type="dxa"/>
            <w:tcBorders>
              <w:top w:val="single" w:sz="8" w:space="0" w:color="EFE2BD"/>
              <w:left w:val="single" w:sz="8" w:space="0" w:color="EFE2BD"/>
              <w:bottom w:val="single" w:sz="8" w:space="0" w:color="EFE2BD"/>
              <w:right w:val="single" w:sz="8" w:space="0" w:color="EFE2BD"/>
            </w:tcBorders>
            <w:shd w:val="clear" w:color="auto" w:fill="FFF9E8"/>
            <w:tcMar>
              <w:top w:w="140" w:type="dxa"/>
              <w:left w:w="100" w:type="dxa"/>
              <w:bottom w:w="140" w:type="dxa"/>
              <w:right w:w="100" w:type="dxa"/>
            </w:tcMar>
          </w:tcPr>
          <w:p w14:paraId="6886BFA5" w14:textId="77777777" w:rsidR="004B432C" w:rsidRPr="00055C4F" w:rsidRDefault="00C03C5F">
            <w:pPr>
              <w:spacing w:after="40"/>
              <w:jc w:val="center"/>
              <w:rPr>
                <w:sz w:val="20"/>
                <w:szCs w:val="21"/>
                <w:lang w:val="de-DE"/>
              </w:rPr>
            </w:pPr>
            <w:r w:rsidRPr="00055C4F">
              <w:rPr>
                <w:b/>
                <w:color w:val="C46A3F"/>
                <w:sz w:val="36"/>
                <w:szCs w:val="21"/>
                <w:lang w:val="de-DE"/>
              </w:rPr>
              <w:t>bis zu 15</w:t>
            </w:r>
          </w:p>
          <w:p w14:paraId="1472FF66" w14:textId="77777777" w:rsidR="004B432C" w:rsidRPr="00055C4F" w:rsidRDefault="00C03C5F">
            <w:pPr>
              <w:spacing w:after="0"/>
              <w:jc w:val="center"/>
              <w:rPr>
                <w:sz w:val="20"/>
                <w:szCs w:val="21"/>
                <w:lang w:val="de-DE"/>
              </w:rPr>
            </w:pPr>
            <w:r w:rsidRPr="00055C4F">
              <w:rPr>
                <w:color w:val="23302A"/>
                <w:sz w:val="16"/>
                <w:szCs w:val="21"/>
                <w:lang w:val="de-DE"/>
              </w:rPr>
              <w:t>geplante Windenergieanlagen</w:t>
            </w:r>
          </w:p>
        </w:tc>
        <w:tc>
          <w:tcPr>
            <w:tcW w:w="3475" w:type="dxa"/>
            <w:tcBorders>
              <w:top w:val="single" w:sz="8" w:space="0" w:color="EFE2BD"/>
              <w:left w:val="single" w:sz="8" w:space="0" w:color="EFE2BD"/>
              <w:bottom w:val="single" w:sz="8" w:space="0" w:color="EFE2BD"/>
              <w:right w:val="single" w:sz="8" w:space="0" w:color="EFE2BD"/>
            </w:tcBorders>
            <w:shd w:val="clear" w:color="auto" w:fill="FFF9E8"/>
            <w:tcMar>
              <w:top w:w="140" w:type="dxa"/>
              <w:left w:w="100" w:type="dxa"/>
              <w:bottom w:w="140" w:type="dxa"/>
              <w:right w:w="100" w:type="dxa"/>
            </w:tcMar>
          </w:tcPr>
          <w:p w14:paraId="1ABCB975" w14:textId="77777777" w:rsidR="004B432C" w:rsidRPr="00055C4F" w:rsidRDefault="00C03C5F">
            <w:pPr>
              <w:spacing w:after="40"/>
              <w:jc w:val="center"/>
              <w:rPr>
                <w:sz w:val="20"/>
                <w:szCs w:val="21"/>
                <w:lang w:val="de-DE"/>
              </w:rPr>
            </w:pPr>
            <w:r w:rsidRPr="00055C4F">
              <w:rPr>
                <w:b/>
                <w:color w:val="C46A3F"/>
                <w:sz w:val="36"/>
                <w:szCs w:val="21"/>
                <w:lang w:val="de-DE"/>
              </w:rPr>
              <w:t>bis zu 286,5 m</w:t>
            </w:r>
          </w:p>
          <w:p w14:paraId="55238955" w14:textId="77777777" w:rsidR="004B432C" w:rsidRPr="00055C4F" w:rsidRDefault="00C03C5F">
            <w:pPr>
              <w:spacing w:after="0"/>
              <w:jc w:val="center"/>
              <w:rPr>
                <w:sz w:val="20"/>
                <w:szCs w:val="21"/>
                <w:lang w:val="de-DE"/>
              </w:rPr>
            </w:pPr>
            <w:r w:rsidRPr="00055C4F">
              <w:rPr>
                <w:color w:val="23302A"/>
                <w:sz w:val="16"/>
                <w:szCs w:val="21"/>
                <w:lang w:val="de-DE"/>
              </w:rPr>
              <w:t>Gesamthöhe je Anlage</w:t>
            </w:r>
          </w:p>
        </w:tc>
        <w:tc>
          <w:tcPr>
            <w:tcW w:w="3475" w:type="dxa"/>
            <w:tcBorders>
              <w:top w:val="single" w:sz="8" w:space="0" w:color="EFE2BD"/>
              <w:left w:val="single" w:sz="8" w:space="0" w:color="EFE2BD"/>
              <w:bottom w:val="single" w:sz="8" w:space="0" w:color="EFE2BD"/>
              <w:right w:val="single" w:sz="8" w:space="0" w:color="EFE2BD"/>
            </w:tcBorders>
            <w:shd w:val="clear" w:color="auto" w:fill="FFF9E8"/>
            <w:tcMar>
              <w:top w:w="140" w:type="dxa"/>
              <w:left w:w="100" w:type="dxa"/>
              <w:bottom w:w="140" w:type="dxa"/>
              <w:right w:w="100" w:type="dxa"/>
            </w:tcMar>
          </w:tcPr>
          <w:p w14:paraId="4F5854D3" w14:textId="77777777" w:rsidR="004B432C" w:rsidRPr="00055C4F" w:rsidRDefault="00C03C5F">
            <w:pPr>
              <w:spacing w:after="40"/>
              <w:jc w:val="center"/>
              <w:rPr>
                <w:sz w:val="20"/>
                <w:szCs w:val="21"/>
                <w:lang w:val="de-DE"/>
              </w:rPr>
            </w:pPr>
            <w:r w:rsidRPr="00055C4F">
              <w:rPr>
                <w:b/>
                <w:color w:val="2F5D3F"/>
                <w:sz w:val="28"/>
                <w:szCs w:val="21"/>
                <w:lang w:val="de-DE"/>
              </w:rPr>
              <w:t>Waldstandort</w:t>
            </w:r>
          </w:p>
          <w:p w14:paraId="0ABAFF6B" w14:textId="77777777" w:rsidR="004B432C" w:rsidRPr="00055C4F" w:rsidRDefault="00C03C5F">
            <w:pPr>
              <w:spacing w:after="0"/>
              <w:jc w:val="center"/>
              <w:rPr>
                <w:sz w:val="20"/>
                <w:szCs w:val="21"/>
                <w:lang w:val="de-DE"/>
              </w:rPr>
            </w:pPr>
            <w:r w:rsidRPr="00055C4F">
              <w:rPr>
                <w:color w:val="23302A"/>
                <w:sz w:val="16"/>
                <w:szCs w:val="21"/>
                <w:lang w:val="de-DE"/>
              </w:rPr>
              <w:t>im Flechtinger Höhenzug</w:t>
            </w:r>
          </w:p>
        </w:tc>
      </w:tr>
    </w:tbl>
    <w:p w14:paraId="73C9F389" w14:textId="77777777" w:rsidR="004B432C" w:rsidRPr="00055C4F" w:rsidRDefault="004B432C">
      <w:pPr>
        <w:spacing w:after="80"/>
        <w:rPr>
          <w:sz w:val="20"/>
          <w:szCs w:val="21"/>
          <w:lang w:val="de-DE"/>
        </w:rPr>
      </w:pPr>
    </w:p>
    <w:p w14:paraId="2590D1F9" w14:textId="7440E5C4" w:rsidR="004B432C" w:rsidRPr="00055C4F" w:rsidRDefault="00ED7264">
      <w:pPr>
        <w:jc w:val="center"/>
        <w:rPr>
          <w:sz w:val="20"/>
          <w:szCs w:val="21"/>
          <w:lang w:val="de-DE"/>
        </w:rPr>
      </w:pPr>
      <w:r w:rsidRPr="00055C4F">
        <w:rPr>
          <w:noProof/>
          <w:sz w:val="14"/>
          <w:szCs w:val="16"/>
          <w:lang w:val="de-DE"/>
        </w:rPr>
        <w:drawing>
          <wp:inline distT="0" distB="0" distL="0" distR="0" wp14:anchorId="78842804" wp14:editId="56F705B6">
            <wp:extent cx="6628875" cy="2510155"/>
            <wp:effectExtent l="0" t="0" r="635" b="4445"/>
            <wp:docPr id="14168495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26632"/>
                    <a:stretch>
                      <a:fillRect/>
                    </a:stretch>
                  </pic:blipFill>
                  <pic:spPr bwMode="auto">
                    <a:xfrm>
                      <a:off x="0" y="0"/>
                      <a:ext cx="6631719" cy="2511232"/>
                    </a:xfrm>
                    <a:prstGeom prst="rect">
                      <a:avLst/>
                    </a:prstGeom>
                    <a:noFill/>
                    <a:ln>
                      <a:noFill/>
                    </a:ln>
                    <a:extLst>
                      <a:ext uri="{53640926-AAD7-44D8-BBD7-CCE9431645EC}">
                        <a14:shadowObscured xmlns:a14="http://schemas.microsoft.com/office/drawing/2010/main"/>
                      </a:ext>
                    </a:extLst>
                  </pic:spPr>
                </pic:pic>
              </a:graphicData>
            </a:graphic>
          </wp:inline>
        </w:drawing>
      </w:r>
    </w:p>
    <w:p w14:paraId="3FD3F308" w14:textId="77777777" w:rsidR="004B432C" w:rsidRPr="00055C4F" w:rsidRDefault="00C03C5F">
      <w:pPr>
        <w:spacing w:after="100"/>
        <w:jc w:val="center"/>
        <w:rPr>
          <w:sz w:val="20"/>
          <w:szCs w:val="21"/>
          <w:lang w:val="de-DE"/>
        </w:rPr>
      </w:pPr>
      <w:r w:rsidRPr="00055C4F">
        <w:rPr>
          <w:b/>
          <w:color w:val="A9552E"/>
          <w:sz w:val="24"/>
          <w:szCs w:val="21"/>
          <w:lang w:val="de-DE"/>
        </w:rPr>
        <w:t>Für faire Abstände, transparente Gutachten und eine gute Lösung für unsere Region.</w:t>
      </w:r>
    </w:p>
    <w:p w14:paraId="411F4EE0" w14:textId="77777777" w:rsidR="004B432C" w:rsidRPr="00055C4F" w:rsidRDefault="00C03C5F">
      <w:pPr>
        <w:spacing w:after="0"/>
        <w:jc w:val="center"/>
        <w:rPr>
          <w:sz w:val="20"/>
          <w:szCs w:val="21"/>
          <w:lang w:val="de-DE"/>
        </w:rPr>
      </w:pPr>
      <w:r w:rsidRPr="00055C4F">
        <w:rPr>
          <w:color w:val="5C6B60"/>
          <w:sz w:val="16"/>
          <w:szCs w:val="21"/>
          <w:lang w:val="de-DE"/>
        </w:rPr>
        <w:t>Website: https://flechtinger-hoehenzug.de  ·  Kontakt: initiative@flechtinger-hoehenzug.de</w:t>
      </w:r>
    </w:p>
    <w:p w14:paraId="6921C076" w14:textId="77777777" w:rsidR="004B432C" w:rsidRPr="00055C4F" w:rsidRDefault="00C03C5F">
      <w:pPr>
        <w:rPr>
          <w:sz w:val="20"/>
          <w:szCs w:val="21"/>
          <w:lang w:val="de-DE"/>
        </w:rPr>
      </w:pPr>
      <w:r w:rsidRPr="00055C4F">
        <w:rPr>
          <w:sz w:val="20"/>
          <w:szCs w:val="21"/>
          <w:lang w:val="de-DE"/>
        </w:rPr>
        <w:br w:type="page"/>
      </w:r>
    </w:p>
    <w:p w14:paraId="4EE16DF2" w14:textId="77777777" w:rsidR="004B432C" w:rsidRPr="00055C4F" w:rsidRDefault="00C03C5F">
      <w:pPr>
        <w:spacing w:before="320"/>
        <w:rPr>
          <w:sz w:val="20"/>
          <w:szCs w:val="21"/>
          <w:lang w:val="de-DE"/>
        </w:rPr>
      </w:pPr>
      <w:r w:rsidRPr="00055C4F">
        <w:rPr>
          <w:rFonts w:ascii="Aptos Display" w:hAnsi="Aptos Display"/>
          <w:b/>
          <w:color w:val="2F5D3F"/>
          <w:sz w:val="40"/>
          <w:szCs w:val="21"/>
          <w:lang w:val="de-DE"/>
        </w:rPr>
        <w:lastRenderedPageBreak/>
        <w:t>1. Petitionstext zur Unterstützung</w:t>
      </w:r>
    </w:p>
    <w:tbl>
      <w:tblPr>
        <w:tblW w:w="5000" w:type="pct"/>
        <w:jc w:val="center"/>
        <w:tblLook w:val="04A0" w:firstRow="1" w:lastRow="0" w:firstColumn="1" w:lastColumn="0" w:noHBand="0" w:noVBand="1"/>
      </w:tblPr>
      <w:tblGrid>
        <w:gridCol w:w="10400"/>
      </w:tblGrid>
      <w:tr w:rsidR="004B432C" w:rsidRPr="00055C4F" w14:paraId="31B7C3E9" w14:textId="77777777">
        <w:trPr>
          <w:jc w:val="center"/>
        </w:trPr>
        <w:tc>
          <w:tcPr>
            <w:tcW w:w="10426" w:type="dxa"/>
            <w:tcBorders>
              <w:top w:val="single" w:sz="2" w:space="0" w:color="E8EFE6"/>
              <w:left w:val="single" w:sz="18" w:space="0" w:color="2F5D3F"/>
              <w:bottom w:val="single" w:sz="2" w:space="0" w:color="E8EFE6"/>
              <w:right w:val="single" w:sz="2" w:space="0" w:color="E8EFE6"/>
            </w:tcBorders>
            <w:shd w:val="clear" w:color="auto" w:fill="E8EFE6"/>
            <w:tcMar>
              <w:top w:w="160" w:type="dxa"/>
              <w:left w:w="180" w:type="dxa"/>
              <w:bottom w:w="160" w:type="dxa"/>
              <w:right w:w="180" w:type="dxa"/>
            </w:tcMar>
          </w:tcPr>
          <w:p w14:paraId="3943B927" w14:textId="77777777" w:rsidR="004B432C" w:rsidRPr="00055C4F" w:rsidRDefault="00C03C5F">
            <w:pPr>
              <w:spacing w:after="80"/>
              <w:rPr>
                <w:sz w:val="20"/>
                <w:szCs w:val="21"/>
                <w:lang w:val="de-DE"/>
              </w:rPr>
            </w:pPr>
            <w:r w:rsidRPr="00055C4F">
              <w:rPr>
                <w:b/>
                <w:color w:val="2F5D3F"/>
                <w:sz w:val="22"/>
                <w:szCs w:val="21"/>
                <w:lang w:val="de-DE"/>
              </w:rPr>
              <w:t>Kurz gesagt</w:t>
            </w:r>
          </w:p>
          <w:p w14:paraId="7622D7A5" w14:textId="77777777" w:rsidR="004B432C" w:rsidRPr="00055C4F" w:rsidRDefault="00C03C5F">
            <w:pPr>
              <w:spacing w:after="0"/>
              <w:rPr>
                <w:sz w:val="20"/>
                <w:szCs w:val="21"/>
                <w:lang w:val="de-DE"/>
              </w:rPr>
            </w:pPr>
            <w:r w:rsidRPr="00055C4F">
              <w:rPr>
                <w:color w:val="23302A"/>
                <w:sz w:val="18"/>
                <w:szCs w:val="21"/>
                <w:lang w:val="de-DE"/>
              </w:rPr>
              <w:t>Mit meiner Unterschrift unterstütze ich die Forderung nach Transparenz, nachvollziehbarer Standortprüfung, Alternativenprüfung und wirksamer Bürgerbeteiligung beim geplanten Windpark Altenhausen / Flechtinger Höhenzug.</w:t>
            </w:r>
          </w:p>
        </w:tc>
      </w:tr>
    </w:tbl>
    <w:p w14:paraId="2A22457C" w14:textId="77777777" w:rsidR="00BA02BA" w:rsidRPr="00055C4F" w:rsidRDefault="00BA02BA">
      <w:pPr>
        <w:rPr>
          <w:b/>
          <w:color w:val="23302A"/>
          <w:szCs w:val="21"/>
          <w:lang w:val="de-DE"/>
        </w:rPr>
      </w:pPr>
    </w:p>
    <w:p w14:paraId="71E39BEE" w14:textId="7503B421" w:rsidR="004B432C" w:rsidRPr="00055C4F" w:rsidRDefault="00C03C5F">
      <w:pPr>
        <w:rPr>
          <w:sz w:val="20"/>
          <w:szCs w:val="21"/>
          <w:lang w:val="de-DE"/>
        </w:rPr>
      </w:pPr>
      <w:r w:rsidRPr="00055C4F">
        <w:rPr>
          <w:b/>
          <w:color w:val="23302A"/>
          <w:szCs w:val="21"/>
          <w:lang w:val="de-DE"/>
        </w:rPr>
        <w:t>Wir fordern Transparenz, eine nachvollziehbare Standortprüfung und wirksame Bürgerbeteiligung beim geplanten Windpark Altenhausen / Flechtinger Höhenzug.</w:t>
      </w:r>
    </w:p>
    <w:p w14:paraId="43E1F4F1" w14:textId="77777777" w:rsidR="004B432C" w:rsidRPr="00055C4F" w:rsidRDefault="00C03C5F">
      <w:pPr>
        <w:rPr>
          <w:sz w:val="20"/>
          <w:szCs w:val="21"/>
          <w:lang w:val="de-DE"/>
        </w:rPr>
      </w:pPr>
      <w:r w:rsidRPr="00055C4F">
        <w:rPr>
          <w:sz w:val="20"/>
          <w:szCs w:val="21"/>
          <w:lang w:val="de-DE"/>
        </w:rPr>
        <w:t>Wir sind nicht grundsätzlich gegen erneuerbare Energien. Wir halten es aber für notwendig, dass ein so weitreichendes Vorhaben nicht allein mit allgemeinen Ausbauzielen begründet wird. Vor weiteren Entscheidungen müssen Alternativen, Repowering-Möglichkeiten sowie die Auswirkungen auf Menschen, Natur, Wald, Landschaft, Erholungsraum und Artenschutz offen und nachvollziehbar geprüft werden.</w:t>
      </w:r>
    </w:p>
    <w:p w14:paraId="4E7EA894" w14:textId="77777777" w:rsidR="004B432C" w:rsidRPr="00055C4F" w:rsidRDefault="00C03C5F">
      <w:pPr>
        <w:rPr>
          <w:sz w:val="20"/>
          <w:szCs w:val="21"/>
          <w:lang w:val="de-DE"/>
        </w:rPr>
      </w:pPr>
      <w:r w:rsidRPr="00055C4F">
        <w:rPr>
          <w:sz w:val="20"/>
          <w:szCs w:val="21"/>
          <w:lang w:val="de-DE"/>
        </w:rPr>
        <w:t>Betroffen ist die Region Flechtinger Höhenzug mit Altenhausen, Flechtingen, Bodendorf, Ivenrode, Hilgesdorf, Emden und weiteren umliegenden Orten. Der Landschaftsraum ist für viele Menschen Wohnumfeld, Naturraum, Erholungsraum und Teil der regionalen Identität.</w:t>
      </w:r>
    </w:p>
    <w:p w14:paraId="6C16063C" w14:textId="77777777" w:rsidR="004B432C" w:rsidRPr="00055C4F" w:rsidRDefault="00C03C5F">
      <w:pPr>
        <w:rPr>
          <w:sz w:val="20"/>
          <w:szCs w:val="21"/>
          <w:lang w:val="de-DE"/>
        </w:rPr>
      </w:pPr>
      <w:r w:rsidRPr="00055C4F">
        <w:rPr>
          <w:sz w:val="20"/>
          <w:szCs w:val="21"/>
          <w:lang w:val="de-DE"/>
        </w:rPr>
        <w:t>Wir bitten Gemeinde, Verwaltung, Landkreis, Fachbehörden, Planungsträger und politische Entscheidungsträgerinnen und Entscheidungsträger, diese Petition ernst zu nehmen und die Sorgen der Menschen vor Ort in das weitere Verfahren einzubeziehen.</w:t>
      </w:r>
    </w:p>
    <w:p w14:paraId="23FA2F26" w14:textId="77777777" w:rsidR="004B432C" w:rsidRPr="00055C4F" w:rsidRDefault="00C03C5F">
      <w:pPr>
        <w:spacing w:before="320"/>
        <w:rPr>
          <w:sz w:val="20"/>
          <w:szCs w:val="21"/>
          <w:lang w:val="de-DE"/>
        </w:rPr>
      </w:pPr>
      <w:r w:rsidRPr="00055C4F">
        <w:rPr>
          <w:rFonts w:ascii="Aptos Display" w:hAnsi="Aptos Display"/>
          <w:b/>
          <w:color w:val="2F5D3F"/>
          <w:sz w:val="40"/>
          <w:szCs w:val="21"/>
          <w:lang w:val="de-DE"/>
        </w:rPr>
        <w:t>2. Unsere Forderungen</w:t>
      </w:r>
    </w:p>
    <w:p w14:paraId="4FEF8850" w14:textId="77777777" w:rsidR="004B432C" w:rsidRPr="00055C4F" w:rsidRDefault="00C03C5F">
      <w:pPr>
        <w:spacing w:after="100"/>
        <w:ind w:left="255"/>
        <w:rPr>
          <w:sz w:val="20"/>
          <w:szCs w:val="21"/>
          <w:lang w:val="de-DE"/>
        </w:rPr>
      </w:pPr>
      <w:r w:rsidRPr="00055C4F">
        <w:rPr>
          <w:b/>
          <w:color w:val="4A7A58"/>
          <w:sz w:val="22"/>
          <w:szCs w:val="21"/>
          <w:lang w:val="de-DE"/>
        </w:rPr>
        <w:t>✓</w:t>
      </w:r>
      <w:r w:rsidRPr="00055C4F">
        <w:rPr>
          <w:b/>
          <w:color w:val="4A7A58"/>
          <w:sz w:val="22"/>
          <w:szCs w:val="21"/>
          <w:lang w:val="de-DE"/>
        </w:rPr>
        <w:t xml:space="preserve"> </w:t>
      </w:r>
      <w:r w:rsidRPr="00055C4F">
        <w:rPr>
          <w:color w:val="23302A"/>
          <w:sz w:val="20"/>
          <w:szCs w:val="21"/>
          <w:lang w:val="de-DE"/>
        </w:rPr>
        <w:t>Transparente Offenlegung aller relevanten Planungsunterlagen, Gutachten und Kartierungen.</w:t>
      </w:r>
    </w:p>
    <w:p w14:paraId="334D5827" w14:textId="77777777" w:rsidR="004B432C" w:rsidRPr="00055C4F" w:rsidRDefault="00C03C5F">
      <w:pPr>
        <w:spacing w:after="100"/>
        <w:ind w:left="255"/>
        <w:rPr>
          <w:sz w:val="20"/>
          <w:szCs w:val="21"/>
          <w:lang w:val="de-DE"/>
        </w:rPr>
      </w:pPr>
      <w:r w:rsidRPr="00055C4F">
        <w:rPr>
          <w:b/>
          <w:color w:val="4A7A58"/>
          <w:sz w:val="22"/>
          <w:szCs w:val="21"/>
          <w:lang w:val="de-DE"/>
        </w:rPr>
        <w:t>✓</w:t>
      </w:r>
      <w:r w:rsidRPr="00055C4F">
        <w:rPr>
          <w:b/>
          <w:color w:val="4A7A58"/>
          <w:sz w:val="22"/>
          <w:szCs w:val="21"/>
          <w:lang w:val="de-DE"/>
        </w:rPr>
        <w:t xml:space="preserve"> </w:t>
      </w:r>
      <w:r w:rsidRPr="00055C4F">
        <w:rPr>
          <w:color w:val="23302A"/>
          <w:sz w:val="20"/>
          <w:szCs w:val="21"/>
          <w:lang w:val="de-DE"/>
        </w:rPr>
        <w:t>Nachvollziehbare Begründung, warum gerade der Standort Altenhausen / Flechtinger Höhenzug gewählt wurde.</w:t>
      </w:r>
    </w:p>
    <w:p w14:paraId="393BAA02" w14:textId="2480FC79" w:rsidR="004B432C" w:rsidRPr="00055C4F" w:rsidRDefault="00C03C5F">
      <w:pPr>
        <w:spacing w:after="100"/>
        <w:ind w:left="255"/>
        <w:rPr>
          <w:sz w:val="20"/>
          <w:szCs w:val="21"/>
          <w:lang w:val="de-DE"/>
        </w:rPr>
      </w:pPr>
      <w:r w:rsidRPr="00055C4F">
        <w:rPr>
          <w:b/>
          <w:color w:val="4A7A58"/>
          <w:sz w:val="22"/>
          <w:szCs w:val="21"/>
          <w:lang w:val="de-DE"/>
        </w:rPr>
        <w:t>✓</w:t>
      </w:r>
      <w:r w:rsidRPr="00055C4F">
        <w:rPr>
          <w:b/>
          <w:color w:val="4A7A58"/>
          <w:sz w:val="22"/>
          <w:szCs w:val="21"/>
          <w:lang w:val="de-DE"/>
        </w:rPr>
        <w:t xml:space="preserve"> </w:t>
      </w:r>
      <w:r w:rsidRPr="00055C4F">
        <w:rPr>
          <w:color w:val="23302A"/>
          <w:sz w:val="20"/>
          <w:szCs w:val="21"/>
          <w:lang w:val="de-DE"/>
        </w:rPr>
        <w:t>Ernsthafte Prüfung von Alternativstandorten und Re</w:t>
      </w:r>
      <w:r w:rsidR="00BA02BA" w:rsidRPr="00055C4F">
        <w:rPr>
          <w:color w:val="23302A"/>
          <w:sz w:val="20"/>
          <w:szCs w:val="21"/>
          <w:lang w:val="de-DE"/>
        </w:rPr>
        <w:t>-P</w:t>
      </w:r>
      <w:r w:rsidRPr="00055C4F">
        <w:rPr>
          <w:color w:val="23302A"/>
          <w:sz w:val="20"/>
          <w:szCs w:val="21"/>
          <w:lang w:val="de-DE"/>
        </w:rPr>
        <w:t>owering bestehender Anlagen.</w:t>
      </w:r>
    </w:p>
    <w:p w14:paraId="40F5E066" w14:textId="5B98A4D7" w:rsidR="004B432C" w:rsidRPr="00055C4F" w:rsidRDefault="00C03C5F">
      <w:pPr>
        <w:spacing w:after="100"/>
        <w:ind w:left="255"/>
        <w:rPr>
          <w:sz w:val="20"/>
          <w:szCs w:val="21"/>
          <w:lang w:val="de-DE"/>
        </w:rPr>
      </w:pPr>
      <w:r w:rsidRPr="00055C4F">
        <w:rPr>
          <w:b/>
          <w:color w:val="4A7A58"/>
          <w:sz w:val="22"/>
          <w:szCs w:val="21"/>
          <w:lang w:val="de-DE"/>
        </w:rPr>
        <w:t>✓</w:t>
      </w:r>
      <w:r w:rsidRPr="00055C4F">
        <w:rPr>
          <w:b/>
          <w:color w:val="4A7A58"/>
          <w:sz w:val="22"/>
          <w:szCs w:val="21"/>
          <w:lang w:val="de-DE"/>
        </w:rPr>
        <w:t xml:space="preserve"> </w:t>
      </w:r>
      <w:r w:rsidRPr="00055C4F">
        <w:rPr>
          <w:color w:val="23302A"/>
          <w:sz w:val="20"/>
          <w:szCs w:val="21"/>
          <w:lang w:val="de-DE"/>
        </w:rPr>
        <w:t xml:space="preserve">Sorgfältige Prüfung der Auswirkungen auf Menschen, Wohnumfeld, Wald, Landschaft, Erholung, Arten- und </w:t>
      </w:r>
      <w:r w:rsidR="006B0BFC">
        <w:rPr>
          <w:color w:val="23302A"/>
          <w:sz w:val="20"/>
          <w:szCs w:val="21"/>
          <w:lang w:val="de-DE"/>
        </w:rPr>
        <w:t>Tiere</w:t>
      </w:r>
      <w:r w:rsidRPr="00055C4F">
        <w:rPr>
          <w:color w:val="23302A"/>
          <w:sz w:val="20"/>
          <w:szCs w:val="21"/>
          <w:lang w:val="de-DE"/>
        </w:rPr>
        <w:t>.</w:t>
      </w:r>
    </w:p>
    <w:p w14:paraId="33AE8272" w14:textId="77777777" w:rsidR="004B432C" w:rsidRPr="00055C4F" w:rsidRDefault="00C03C5F">
      <w:pPr>
        <w:spacing w:after="100"/>
        <w:ind w:left="255"/>
        <w:rPr>
          <w:sz w:val="20"/>
          <w:szCs w:val="21"/>
          <w:lang w:val="de-DE"/>
        </w:rPr>
      </w:pPr>
      <w:r w:rsidRPr="00055C4F">
        <w:rPr>
          <w:b/>
          <w:color w:val="4A7A58"/>
          <w:sz w:val="22"/>
          <w:szCs w:val="21"/>
          <w:lang w:val="de-DE"/>
        </w:rPr>
        <w:t>✓</w:t>
      </w:r>
      <w:r w:rsidRPr="00055C4F">
        <w:rPr>
          <w:b/>
          <w:color w:val="4A7A58"/>
          <w:sz w:val="22"/>
          <w:szCs w:val="21"/>
          <w:lang w:val="de-DE"/>
        </w:rPr>
        <w:t xml:space="preserve"> </w:t>
      </w:r>
      <w:r w:rsidRPr="00055C4F">
        <w:rPr>
          <w:color w:val="23302A"/>
          <w:sz w:val="20"/>
          <w:szCs w:val="21"/>
          <w:lang w:val="de-DE"/>
        </w:rPr>
        <w:t>Frühzeitige und wirksame Bürgerbeteiligung in allen betroffenen Orten.</w:t>
      </w:r>
    </w:p>
    <w:p w14:paraId="48CF1DA4" w14:textId="77777777" w:rsidR="004B432C" w:rsidRPr="00055C4F" w:rsidRDefault="00C03C5F">
      <w:pPr>
        <w:spacing w:after="100"/>
        <w:ind w:left="255"/>
        <w:rPr>
          <w:sz w:val="20"/>
          <w:szCs w:val="21"/>
          <w:lang w:val="de-DE"/>
        </w:rPr>
      </w:pPr>
      <w:r w:rsidRPr="00055C4F">
        <w:rPr>
          <w:b/>
          <w:color w:val="4A7A58"/>
          <w:sz w:val="22"/>
          <w:szCs w:val="21"/>
          <w:lang w:val="de-DE"/>
        </w:rPr>
        <w:t>✓</w:t>
      </w:r>
      <w:r w:rsidRPr="00055C4F">
        <w:rPr>
          <w:b/>
          <w:color w:val="4A7A58"/>
          <w:sz w:val="22"/>
          <w:szCs w:val="21"/>
          <w:lang w:val="de-DE"/>
        </w:rPr>
        <w:t xml:space="preserve"> </w:t>
      </w:r>
      <w:r w:rsidRPr="00055C4F">
        <w:rPr>
          <w:color w:val="23302A"/>
          <w:sz w:val="20"/>
          <w:szCs w:val="21"/>
          <w:lang w:val="de-DE"/>
        </w:rPr>
        <w:t>Keine voreilige Fortführung des Verfahrens, solange zentrale Fragen offen sind.</w:t>
      </w:r>
    </w:p>
    <w:p w14:paraId="4CB0E855" w14:textId="77777777" w:rsidR="004B432C" w:rsidRPr="00055C4F" w:rsidRDefault="00C03C5F">
      <w:pPr>
        <w:spacing w:before="320"/>
        <w:rPr>
          <w:sz w:val="20"/>
          <w:szCs w:val="21"/>
          <w:lang w:val="de-DE"/>
        </w:rPr>
      </w:pPr>
      <w:r w:rsidRPr="00055C4F">
        <w:rPr>
          <w:rFonts w:ascii="Aptos Display" w:hAnsi="Aptos Display"/>
          <w:b/>
          <w:color w:val="2F5D3F"/>
          <w:sz w:val="40"/>
          <w:szCs w:val="21"/>
          <w:lang w:val="de-DE"/>
        </w:rPr>
        <w:t>3. Warum diese Petition wichtig ist</w:t>
      </w:r>
    </w:p>
    <w:tbl>
      <w:tblPr>
        <w:tblW w:w="5000" w:type="pct"/>
        <w:jc w:val="center"/>
        <w:tblLook w:val="04A0" w:firstRow="1" w:lastRow="0" w:firstColumn="1" w:lastColumn="0" w:noHBand="0" w:noVBand="1"/>
      </w:tblPr>
      <w:tblGrid>
        <w:gridCol w:w="3472"/>
        <w:gridCol w:w="3472"/>
        <w:gridCol w:w="3472"/>
      </w:tblGrid>
      <w:tr w:rsidR="004B432C" w:rsidRPr="00055C4F" w14:paraId="797C6BA3" w14:textId="77777777">
        <w:trPr>
          <w:jc w:val="center"/>
        </w:trPr>
        <w:tc>
          <w:tcPr>
            <w:tcW w:w="3475" w:type="dxa"/>
            <w:tcBorders>
              <w:top w:val="single" w:sz="10" w:space="0" w:color="4A7A58"/>
              <w:left w:val="single" w:sz="4" w:space="0" w:color="D8D8D8"/>
              <w:bottom w:val="single" w:sz="4" w:space="0" w:color="D8D8D8"/>
              <w:right w:val="single" w:sz="4" w:space="0" w:color="D8D8D8"/>
            </w:tcBorders>
            <w:shd w:val="clear" w:color="auto" w:fill="FFFFFF"/>
            <w:tcMar>
              <w:top w:w="130" w:type="dxa"/>
              <w:left w:w="120" w:type="dxa"/>
              <w:bottom w:w="130" w:type="dxa"/>
              <w:right w:w="120" w:type="dxa"/>
            </w:tcMar>
          </w:tcPr>
          <w:p w14:paraId="39CDD0DB" w14:textId="77777777" w:rsidR="004B432C" w:rsidRPr="00055C4F" w:rsidRDefault="00C03C5F">
            <w:pPr>
              <w:spacing w:after="80"/>
              <w:rPr>
                <w:sz w:val="20"/>
                <w:szCs w:val="21"/>
                <w:lang w:val="de-DE"/>
              </w:rPr>
            </w:pPr>
            <w:r w:rsidRPr="00055C4F">
              <w:rPr>
                <w:b/>
                <w:color w:val="2F5D3F"/>
                <w:sz w:val="20"/>
                <w:szCs w:val="21"/>
                <w:lang w:val="de-DE"/>
              </w:rPr>
              <w:t>Nicht gegen Windkraft</w:t>
            </w:r>
          </w:p>
          <w:p w14:paraId="27D24271" w14:textId="77777777" w:rsidR="004B432C" w:rsidRPr="00055C4F" w:rsidRDefault="00C03C5F">
            <w:pPr>
              <w:spacing w:after="0"/>
              <w:rPr>
                <w:sz w:val="20"/>
                <w:szCs w:val="21"/>
                <w:lang w:val="de-DE"/>
              </w:rPr>
            </w:pPr>
            <w:r w:rsidRPr="00055C4F">
              <w:rPr>
                <w:color w:val="23302A"/>
                <w:sz w:val="16"/>
                <w:szCs w:val="21"/>
                <w:lang w:val="de-DE"/>
              </w:rPr>
              <w:t>Die Petition richtet sich nicht gegen erneuerbare Energien insgesamt, sondern fordert eine faire Prüfung dieses konkreten Standortes.</w:t>
            </w:r>
          </w:p>
        </w:tc>
        <w:tc>
          <w:tcPr>
            <w:tcW w:w="3475" w:type="dxa"/>
            <w:tcBorders>
              <w:top w:val="single" w:sz="10" w:space="0" w:color="C46A3F"/>
              <w:left w:val="single" w:sz="4" w:space="0" w:color="D8D8D8"/>
              <w:bottom w:val="single" w:sz="4" w:space="0" w:color="D8D8D8"/>
              <w:right w:val="single" w:sz="4" w:space="0" w:color="D8D8D8"/>
            </w:tcBorders>
            <w:shd w:val="clear" w:color="auto" w:fill="FFFFFF"/>
            <w:tcMar>
              <w:top w:w="130" w:type="dxa"/>
              <w:left w:w="120" w:type="dxa"/>
              <w:bottom w:w="130" w:type="dxa"/>
              <w:right w:w="120" w:type="dxa"/>
            </w:tcMar>
          </w:tcPr>
          <w:p w14:paraId="484BBD92" w14:textId="77777777" w:rsidR="004B432C" w:rsidRPr="00055C4F" w:rsidRDefault="00C03C5F">
            <w:pPr>
              <w:spacing w:after="80"/>
              <w:rPr>
                <w:sz w:val="20"/>
                <w:szCs w:val="21"/>
                <w:lang w:val="de-DE"/>
              </w:rPr>
            </w:pPr>
            <w:r w:rsidRPr="00055C4F">
              <w:rPr>
                <w:b/>
                <w:color w:val="A9552E"/>
                <w:sz w:val="20"/>
                <w:szCs w:val="21"/>
                <w:lang w:val="de-DE"/>
              </w:rPr>
              <w:t>Wald und Landschaft</w:t>
            </w:r>
          </w:p>
          <w:p w14:paraId="1CB45FAF" w14:textId="77777777" w:rsidR="004B432C" w:rsidRPr="00055C4F" w:rsidRDefault="00C03C5F">
            <w:pPr>
              <w:spacing w:after="0"/>
              <w:rPr>
                <w:sz w:val="20"/>
                <w:szCs w:val="21"/>
                <w:lang w:val="de-DE"/>
              </w:rPr>
            </w:pPr>
            <w:r w:rsidRPr="00055C4F">
              <w:rPr>
                <w:color w:val="23302A"/>
                <w:sz w:val="16"/>
                <w:szCs w:val="21"/>
                <w:lang w:val="de-DE"/>
              </w:rPr>
              <w:t>Das Vorhaben betrifft einen prägenden Landschafts- und Erholungsraum im Flechtinger Höhenzug.</w:t>
            </w:r>
          </w:p>
        </w:tc>
        <w:tc>
          <w:tcPr>
            <w:tcW w:w="3475" w:type="dxa"/>
            <w:tcBorders>
              <w:top w:val="single" w:sz="10" w:space="0" w:color="4A7A58"/>
              <w:left w:val="single" w:sz="4" w:space="0" w:color="D8D8D8"/>
              <w:bottom w:val="single" w:sz="4" w:space="0" w:color="D8D8D8"/>
              <w:right w:val="single" w:sz="4" w:space="0" w:color="D8D8D8"/>
            </w:tcBorders>
            <w:shd w:val="clear" w:color="auto" w:fill="FFFFFF"/>
            <w:tcMar>
              <w:top w:w="130" w:type="dxa"/>
              <w:left w:w="120" w:type="dxa"/>
              <w:bottom w:w="130" w:type="dxa"/>
              <w:right w:w="120" w:type="dxa"/>
            </w:tcMar>
          </w:tcPr>
          <w:p w14:paraId="4EC787A7" w14:textId="77777777" w:rsidR="004B432C" w:rsidRPr="00055C4F" w:rsidRDefault="00C03C5F">
            <w:pPr>
              <w:spacing w:after="80"/>
              <w:rPr>
                <w:sz w:val="20"/>
                <w:szCs w:val="21"/>
                <w:lang w:val="de-DE"/>
              </w:rPr>
            </w:pPr>
            <w:r w:rsidRPr="00055C4F">
              <w:rPr>
                <w:b/>
                <w:color w:val="2F5D3F"/>
                <w:sz w:val="20"/>
                <w:szCs w:val="21"/>
                <w:lang w:val="de-DE"/>
              </w:rPr>
              <w:t>Beteiligung vor Ort</w:t>
            </w:r>
          </w:p>
          <w:p w14:paraId="57ABEBA8" w14:textId="77777777" w:rsidR="004B432C" w:rsidRPr="00055C4F" w:rsidRDefault="00C03C5F">
            <w:pPr>
              <w:spacing w:after="0"/>
              <w:rPr>
                <w:sz w:val="20"/>
                <w:szCs w:val="21"/>
                <w:lang w:val="de-DE"/>
              </w:rPr>
            </w:pPr>
            <w:r w:rsidRPr="00055C4F">
              <w:rPr>
                <w:color w:val="23302A"/>
                <w:sz w:val="16"/>
                <w:szCs w:val="21"/>
                <w:lang w:val="de-DE"/>
              </w:rPr>
              <w:t>Viele Menschen wollen informiert werden, Fragen stellen und ihre Haltung sichtbar machen können.</w:t>
            </w:r>
          </w:p>
        </w:tc>
      </w:tr>
    </w:tbl>
    <w:p w14:paraId="353A43BA" w14:textId="77777777" w:rsidR="004B432C" w:rsidRPr="00055C4F" w:rsidRDefault="004B432C">
      <w:pPr>
        <w:spacing w:after="40"/>
        <w:rPr>
          <w:sz w:val="20"/>
          <w:szCs w:val="21"/>
          <w:lang w:val="de-DE"/>
        </w:rPr>
      </w:pPr>
    </w:p>
    <w:tbl>
      <w:tblPr>
        <w:tblW w:w="5000" w:type="pct"/>
        <w:jc w:val="center"/>
        <w:tblLook w:val="04A0" w:firstRow="1" w:lastRow="0" w:firstColumn="1" w:lastColumn="0" w:noHBand="0" w:noVBand="1"/>
      </w:tblPr>
      <w:tblGrid>
        <w:gridCol w:w="10400"/>
      </w:tblGrid>
      <w:tr w:rsidR="004B432C" w:rsidRPr="00055C4F" w14:paraId="5BE7640F" w14:textId="77777777">
        <w:trPr>
          <w:jc w:val="center"/>
        </w:trPr>
        <w:tc>
          <w:tcPr>
            <w:tcW w:w="10426" w:type="dxa"/>
            <w:tcBorders>
              <w:top w:val="single" w:sz="2" w:space="0" w:color="FFF9E8"/>
              <w:left w:val="single" w:sz="18" w:space="0" w:color="C46A3F"/>
              <w:bottom w:val="single" w:sz="2" w:space="0" w:color="FFF9E8"/>
              <w:right w:val="single" w:sz="2" w:space="0" w:color="FFF9E8"/>
            </w:tcBorders>
            <w:shd w:val="clear" w:color="auto" w:fill="FFF9E8"/>
            <w:tcMar>
              <w:top w:w="160" w:type="dxa"/>
              <w:left w:w="180" w:type="dxa"/>
              <w:bottom w:w="160" w:type="dxa"/>
              <w:right w:w="180" w:type="dxa"/>
            </w:tcMar>
          </w:tcPr>
          <w:p w14:paraId="1745059F" w14:textId="77777777" w:rsidR="004B432C" w:rsidRPr="00055C4F" w:rsidRDefault="00C03C5F">
            <w:pPr>
              <w:spacing w:after="80"/>
              <w:rPr>
                <w:sz w:val="20"/>
                <w:szCs w:val="21"/>
                <w:lang w:val="de-DE"/>
              </w:rPr>
            </w:pPr>
            <w:r w:rsidRPr="00055C4F">
              <w:rPr>
                <w:b/>
                <w:color w:val="C46A3F"/>
                <w:sz w:val="22"/>
                <w:szCs w:val="21"/>
                <w:lang w:val="de-DE"/>
              </w:rPr>
              <w:t>Für Gespräche am Unterschriftentisch</w:t>
            </w:r>
          </w:p>
          <w:p w14:paraId="4DF57070" w14:textId="77777777" w:rsidR="004B432C" w:rsidRPr="00055C4F" w:rsidRDefault="00C03C5F">
            <w:pPr>
              <w:spacing w:after="0"/>
              <w:rPr>
                <w:sz w:val="20"/>
                <w:szCs w:val="21"/>
                <w:lang w:val="de-DE"/>
              </w:rPr>
            </w:pPr>
            <w:r w:rsidRPr="00055C4F">
              <w:rPr>
                <w:color w:val="23302A"/>
                <w:sz w:val="18"/>
                <w:szCs w:val="21"/>
                <w:lang w:val="de-DE"/>
              </w:rPr>
              <w:t>Bitte sachlich bleiben: Ziel ist keine pauschale Ablehnung der Energiewende, sondern eine klare Forderung nach Transparenz, Alternativenprüfung, nachvollziehbaren Gutachten und echter Beteiligung der betroffenen Orte.</w:t>
            </w:r>
          </w:p>
        </w:tc>
      </w:tr>
    </w:tbl>
    <w:p w14:paraId="78A528BA" w14:textId="77777777" w:rsidR="00BA02BA" w:rsidRPr="00055C4F" w:rsidRDefault="00BA02BA">
      <w:pPr>
        <w:spacing w:before="320"/>
        <w:rPr>
          <w:rFonts w:ascii="Aptos Display" w:hAnsi="Aptos Display"/>
          <w:b/>
          <w:color w:val="2F5D3F"/>
          <w:sz w:val="40"/>
          <w:szCs w:val="21"/>
          <w:lang w:val="de-DE"/>
        </w:rPr>
      </w:pPr>
    </w:p>
    <w:p w14:paraId="4877CE49" w14:textId="7318557D" w:rsidR="004B432C" w:rsidRPr="00055C4F" w:rsidRDefault="00C03C5F">
      <w:pPr>
        <w:spacing w:before="320"/>
        <w:rPr>
          <w:sz w:val="20"/>
          <w:szCs w:val="21"/>
          <w:lang w:val="de-DE"/>
        </w:rPr>
      </w:pPr>
      <w:r w:rsidRPr="00055C4F">
        <w:rPr>
          <w:rFonts w:ascii="Aptos Display" w:hAnsi="Aptos Display"/>
          <w:b/>
          <w:color w:val="2F5D3F"/>
          <w:sz w:val="40"/>
          <w:szCs w:val="21"/>
          <w:lang w:val="de-DE"/>
        </w:rPr>
        <w:lastRenderedPageBreak/>
        <w:t>4. Hinweise für die Unterschriftensammlung</w:t>
      </w:r>
    </w:p>
    <w:p w14:paraId="37319FAF" w14:textId="77777777" w:rsidR="004B432C" w:rsidRPr="00055C4F" w:rsidRDefault="00C03C5F">
      <w:pPr>
        <w:rPr>
          <w:sz w:val="20"/>
          <w:szCs w:val="21"/>
          <w:lang w:val="de-DE"/>
        </w:rPr>
      </w:pPr>
      <w:r w:rsidRPr="00055C4F">
        <w:rPr>
          <w:sz w:val="20"/>
          <w:szCs w:val="21"/>
          <w:lang w:val="de-DE"/>
        </w:rPr>
        <w:t>Dieses Dokument ist für Unterschriften vor Ort gedacht. Es kann bei Treffen, Informationsständen, Vereinsveranstaltungen oder im persönlichen Gespräch ausgelegt werden.</w:t>
      </w:r>
    </w:p>
    <w:tbl>
      <w:tblPr>
        <w:tblW w:w="5000" w:type="pct"/>
        <w:tblLook w:val="04A0" w:firstRow="1" w:lastRow="0" w:firstColumn="1" w:lastColumn="0" w:noHBand="0" w:noVBand="1"/>
      </w:tblPr>
      <w:tblGrid>
        <w:gridCol w:w="5213"/>
        <w:gridCol w:w="5213"/>
      </w:tblGrid>
      <w:tr w:rsidR="004B432C" w:rsidRPr="00055C4F" w14:paraId="0D926B93" w14:textId="77777777">
        <w:tc>
          <w:tcPr>
            <w:tcW w:w="5213" w:type="dxa"/>
            <w:shd w:val="clear" w:color="auto" w:fill="2F5D3F"/>
            <w:tcMar>
              <w:top w:w="100" w:type="dxa"/>
              <w:left w:w="120" w:type="dxa"/>
              <w:bottom w:w="100" w:type="dxa"/>
              <w:right w:w="120" w:type="dxa"/>
            </w:tcMar>
          </w:tcPr>
          <w:p w14:paraId="05C7DC43" w14:textId="77777777" w:rsidR="004B432C" w:rsidRPr="00055C4F" w:rsidRDefault="00C03C5F">
            <w:pPr>
              <w:rPr>
                <w:sz w:val="20"/>
                <w:szCs w:val="21"/>
                <w:lang w:val="de-DE"/>
              </w:rPr>
            </w:pPr>
            <w:r w:rsidRPr="00055C4F">
              <w:rPr>
                <w:b/>
                <w:color w:val="FFFFFF"/>
                <w:sz w:val="18"/>
                <w:szCs w:val="21"/>
                <w:lang w:val="de-DE"/>
              </w:rPr>
              <w:t>Bitte beachten</w:t>
            </w:r>
          </w:p>
        </w:tc>
        <w:tc>
          <w:tcPr>
            <w:tcW w:w="5213" w:type="dxa"/>
            <w:shd w:val="clear" w:color="auto" w:fill="2F5D3F"/>
            <w:tcMar>
              <w:top w:w="100" w:type="dxa"/>
              <w:left w:w="120" w:type="dxa"/>
              <w:bottom w:w="100" w:type="dxa"/>
              <w:right w:w="120" w:type="dxa"/>
            </w:tcMar>
          </w:tcPr>
          <w:p w14:paraId="5F59A817" w14:textId="77777777" w:rsidR="004B432C" w:rsidRPr="00055C4F" w:rsidRDefault="00C03C5F">
            <w:pPr>
              <w:rPr>
                <w:sz w:val="20"/>
                <w:szCs w:val="21"/>
                <w:lang w:val="de-DE"/>
              </w:rPr>
            </w:pPr>
            <w:r w:rsidRPr="00055C4F">
              <w:rPr>
                <w:b/>
                <w:color w:val="FFFFFF"/>
                <w:sz w:val="18"/>
                <w:szCs w:val="21"/>
                <w:lang w:val="de-DE"/>
              </w:rPr>
              <w:t>Praktischer Hinweis</w:t>
            </w:r>
          </w:p>
        </w:tc>
      </w:tr>
      <w:tr w:rsidR="004B432C" w:rsidRPr="00055C4F" w14:paraId="2E07AFD7" w14:textId="77777777">
        <w:tc>
          <w:tcPr>
            <w:tcW w:w="5213" w:type="dxa"/>
            <w:tcBorders>
              <w:top w:val="single" w:sz="4" w:space="0" w:color="D9E4D8"/>
              <w:left w:val="single" w:sz="4" w:space="0" w:color="D9E4D8"/>
              <w:bottom w:val="single" w:sz="4" w:space="0" w:color="D9E4D8"/>
              <w:right w:val="single" w:sz="4" w:space="0" w:color="D9E4D8"/>
            </w:tcBorders>
            <w:shd w:val="clear" w:color="auto" w:fill="E8EFE6"/>
            <w:tcMar>
              <w:top w:w="90" w:type="dxa"/>
              <w:left w:w="120" w:type="dxa"/>
              <w:bottom w:w="90" w:type="dxa"/>
              <w:right w:w="120" w:type="dxa"/>
            </w:tcMar>
          </w:tcPr>
          <w:p w14:paraId="4535AB7C" w14:textId="77777777" w:rsidR="004B432C" w:rsidRPr="00055C4F" w:rsidRDefault="00C03C5F">
            <w:pPr>
              <w:rPr>
                <w:sz w:val="20"/>
                <w:szCs w:val="21"/>
                <w:lang w:val="de-DE"/>
              </w:rPr>
            </w:pPr>
            <w:r w:rsidRPr="00055C4F">
              <w:rPr>
                <w:b/>
                <w:color w:val="23302A"/>
                <w:sz w:val="18"/>
                <w:szCs w:val="21"/>
                <w:lang w:val="de-DE"/>
              </w:rPr>
              <w:t>Lesbarkeit</w:t>
            </w:r>
          </w:p>
        </w:tc>
        <w:tc>
          <w:tcPr>
            <w:tcW w:w="5213" w:type="dxa"/>
            <w:tcBorders>
              <w:top w:val="single" w:sz="4" w:space="0" w:color="D9E4D8"/>
              <w:left w:val="single" w:sz="4" w:space="0" w:color="D9E4D8"/>
              <w:bottom w:val="single" w:sz="4" w:space="0" w:color="D9E4D8"/>
              <w:right w:val="single" w:sz="4" w:space="0" w:color="D9E4D8"/>
            </w:tcBorders>
            <w:tcMar>
              <w:top w:w="90" w:type="dxa"/>
              <w:left w:w="120" w:type="dxa"/>
              <w:bottom w:w="90" w:type="dxa"/>
              <w:right w:w="120" w:type="dxa"/>
            </w:tcMar>
          </w:tcPr>
          <w:p w14:paraId="3700A005" w14:textId="77777777" w:rsidR="004B432C" w:rsidRPr="00055C4F" w:rsidRDefault="00C03C5F">
            <w:pPr>
              <w:rPr>
                <w:sz w:val="20"/>
                <w:szCs w:val="21"/>
                <w:lang w:val="de-DE"/>
              </w:rPr>
            </w:pPr>
            <w:r w:rsidRPr="00055C4F">
              <w:rPr>
                <w:color w:val="23302A"/>
                <w:sz w:val="18"/>
                <w:szCs w:val="21"/>
                <w:lang w:val="de-DE"/>
              </w:rPr>
              <w:t>Name, Ort und Unterschrift sollten gut lesbar sein.</w:t>
            </w:r>
          </w:p>
        </w:tc>
      </w:tr>
      <w:tr w:rsidR="004B432C" w:rsidRPr="00055C4F" w14:paraId="7ACA1177" w14:textId="77777777">
        <w:tc>
          <w:tcPr>
            <w:tcW w:w="5213" w:type="dxa"/>
            <w:tcBorders>
              <w:top w:val="single" w:sz="4" w:space="0" w:color="D9E4D8"/>
              <w:left w:val="single" w:sz="4" w:space="0" w:color="D9E4D8"/>
              <w:bottom w:val="single" w:sz="4" w:space="0" w:color="D9E4D8"/>
              <w:right w:val="single" w:sz="4" w:space="0" w:color="D9E4D8"/>
            </w:tcBorders>
            <w:shd w:val="clear" w:color="auto" w:fill="E8EFE6"/>
            <w:tcMar>
              <w:top w:w="90" w:type="dxa"/>
              <w:left w:w="120" w:type="dxa"/>
              <w:bottom w:w="90" w:type="dxa"/>
              <w:right w:w="120" w:type="dxa"/>
            </w:tcMar>
          </w:tcPr>
          <w:p w14:paraId="77F1A4A4" w14:textId="77777777" w:rsidR="004B432C" w:rsidRPr="00055C4F" w:rsidRDefault="00C03C5F">
            <w:pPr>
              <w:rPr>
                <w:sz w:val="20"/>
                <w:szCs w:val="21"/>
                <w:lang w:val="de-DE"/>
              </w:rPr>
            </w:pPr>
            <w:r w:rsidRPr="00055C4F">
              <w:rPr>
                <w:b/>
                <w:color w:val="23302A"/>
                <w:sz w:val="18"/>
                <w:szCs w:val="21"/>
                <w:lang w:val="de-DE"/>
              </w:rPr>
              <w:t>Freiwilligkeit</w:t>
            </w:r>
          </w:p>
        </w:tc>
        <w:tc>
          <w:tcPr>
            <w:tcW w:w="5213" w:type="dxa"/>
            <w:tcBorders>
              <w:top w:val="single" w:sz="4" w:space="0" w:color="D9E4D8"/>
              <w:left w:val="single" w:sz="4" w:space="0" w:color="D9E4D8"/>
              <w:bottom w:val="single" w:sz="4" w:space="0" w:color="D9E4D8"/>
              <w:right w:val="single" w:sz="4" w:space="0" w:color="D9E4D8"/>
            </w:tcBorders>
            <w:tcMar>
              <w:top w:w="90" w:type="dxa"/>
              <w:left w:w="120" w:type="dxa"/>
              <w:bottom w:w="90" w:type="dxa"/>
              <w:right w:w="120" w:type="dxa"/>
            </w:tcMar>
          </w:tcPr>
          <w:p w14:paraId="0C462A1B" w14:textId="77777777" w:rsidR="004B432C" w:rsidRPr="00055C4F" w:rsidRDefault="00C03C5F">
            <w:pPr>
              <w:rPr>
                <w:sz w:val="20"/>
                <w:szCs w:val="21"/>
                <w:lang w:val="de-DE"/>
              </w:rPr>
            </w:pPr>
            <w:r w:rsidRPr="00055C4F">
              <w:rPr>
                <w:color w:val="23302A"/>
                <w:sz w:val="18"/>
                <w:szCs w:val="21"/>
                <w:lang w:val="de-DE"/>
              </w:rPr>
              <w:t>Niemand wird zu einer Unterschrift gedrängt. Kurze Erklärung anbieten, Fragen beantworten.</w:t>
            </w:r>
          </w:p>
        </w:tc>
      </w:tr>
      <w:tr w:rsidR="004B432C" w:rsidRPr="00055C4F" w14:paraId="50B4B590" w14:textId="77777777">
        <w:tc>
          <w:tcPr>
            <w:tcW w:w="5213" w:type="dxa"/>
            <w:tcBorders>
              <w:top w:val="single" w:sz="4" w:space="0" w:color="D9E4D8"/>
              <w:left w:val="single" w:sz="4" w:space="0" w:color="D9E4D8"/>
              <w:bottom w:val="single" w:sz="4" w:space="0" w:color="D9E4D8"/>
              <w:right w:val="single" w:sz="4" w:space="0" w:color="D9E4D8"/>
            </w:tcBorders>
            <w:shd w:val="clear" w:color="auto" w:fill="E8EFE6"/>
            <w:tcMar>
              <w:top w:w="90" w:type="dxa"/>
              <w:left w:w="120" w:type="dxa"/>
              <w:bottom w:w="90" w:type="dxa"/>
              <w:right w:w="120" w:type="dxa"/>
            </w:tcMar>
          </w:tcPr>
          <w:p w14:paraId="350D0342" w14:textId="77777777" w:rsidR="004B432C" w:rsidRPr="00055C4F" w:rsidRDefault="00C03C5F">
            <w:pPr>
              <w:rPr>
                <w:sz w:val="20"/>
                <w:szCs w:val="21"/>
                <w:lang w:val="de-DE"/>
              </w:rPr>
            </w:pPr>
            <w:r w:rsidRPr="00055C4F">
              <w:rPr>
                <w:b/>
                <w:color w:val="23302A"/>
                <w:sz w:val="18"/>
                <w:szCs w:val="21"/>
                <w:lang w:val="de-DE"/>
              </w:rPr>
              <w:t>Datensparsamkeit</w:t>
            </w:r>
          </w:p>
        </w:tc>
        <w:tc>
          <w:tcPr>
            <w:tcW w:w="5213" w:type="dxa"/>
            <w:tcBorders>
              <w:top w:val="single" w:sz="4" w:space="0" w:color="D9E4D8"/>
              <w:left w:val="single" w:sz="4" w:space="0" w:color="D9E4D8"/>
              <w:bottom w:val="single" w:sz="4" w:space="0" w:color="D9E4D8"/>
              <w:right w:val="single" w:sz="4" w:space="0" w:color="D9E4D8"/>
            </w:tcBorders>
            <w:tcMar>
              <w:top w:w="90" w:type="dxa"/>
              <w:left w:w="120" w:type="dxa"/>
              <w:bottom w:w="90" w:type="dxa"/>
              <w:right w:w="120" w:type="dxa"/>
            </w:tcMar>
          </w:tcPr>
          <w:p w14:paraId="4F42CCB9" w14:textId="77777777" w:rsidR="004B432C" w:rsidRPr="00055C4F" w:rsidRDefault="00C03C5F">
            <w:pPr>
              <w:rPr>
                <w:sz w:val="20"/>
                <w:szCs w:val="21"/>
                <w:lang w:val="de-DE"/>
              </w:rPr>
            </w:pPr>
            <w:r w:rsidRPr="00055C4F">
              <w:rPr>
                <w:color w:val="23302A"/>
                <w:sz w:val="18"/>
                <w:szCs w:val="21"/>
                <w:lang w:val="de-DE"/>
              </w:rPr>
              <w:t>Nur die Angaben erfassen, die für die Petition wirklich gebraucht werden.</w:t>
            </w:r>
          </w:p>
        </w:tc>
      </w:tr>
      <w:tr w:rsidR="004B432C" w:rsidRPr="00055C4F" w14:paraId="0849487B" w14:textId="77777777">
        <w:tc>
          <w:tcPr>
            <w:tcW w:w="5213" w:type="dxa"/>
            <w:tcBorders>
              <w:top w:val="single" w:sz="4" w:space="0" w:color="D9E4D8"/>
              <w:left w:val="single" w:sz="4" w:space="0" w:color="D9E4D8"/>
              <w:bottom w:val="single" w:sz="4" w:space="0" w:color="D9E4D8"/>
              <w:right w:val="single" w:sz="4" w:space="0" w:color="D9E4D8"/>
            </w:tcBorders>
            <w:shd w:val="clear" w:color="auto" w:fill="E8EFE6"/>
            <w:tcMar>
              <w:top w:w="90" w:type="dxa"/>
              <w:left w:w="120" w:type="dxa"/>
              <w:bottom w:w="90" w:type="dxa"/>
              <w:right w:w="120" w:type="dxa"/>
            </w:tcMar>
          </w:tcPr>
          <w:p w14:paraId="3FA645C8" w14:textId="77777777" w:rsidR="004B432C" w:rsidRPr="00055C4F" w:rsidRDefault="00C03C5F">
            <w:pPr>
              <w:rPr>
                <w:sz w:val="20"/>
                <w:szCs w:val="21"/>
                <w:lang w:val="de-DE"/>
              </w:rPr>
            </w:pPr>
            <w:r w:rsidRPr="00055C4F">
              <w:rPr>
                <w:b/>
                <w:color w:val="23302A"/>
                <w:sz w:val="18"/>
                <w:szCs w:val="21"/>
                <w:lang w:val="de-DE"/>
              </w:rPr>
              <w:t>Aufbewahrung</w:t>
            </w:r>
          </w:p>
        </w:tc>
        <w:tc>
          <w:tcPr>
            <w:tcW w:w="5213" w:type="dxa"/>
            <w:tcBorders>
              <w:top w:val="single" w:sz="4" w:space="0" w:color="D9E4D8"/>
              <w:left w:val="single" w:sz="4" w:space="0" w:color="D9E4D8"/>
              <w:bottom w:val="single" w:sz="4" w:space="0" w:color="D9E4D8"/>
              <w:right w:val="single" w:sz="4" w:space="0" w:color="D9E4D8"/>
            </w:tcBorders>
            <w:tcMar>
              <w:top w:w="90" w:type="dxa"/>
              <w:left w:w="120" w:type="dxa"/>
              <w:bottom w:w="90" w:type="dxa"/>
              <w:right w:w="120" w:type="dxa"/>
            </w:tcMar>
          </w:tcPr>
          <w:p w14:paraId="68CFD5C8" w14:textId="77777777" w:rsidR="004B432C" w:rsidRPr="00055C4F" w:rsidRDefault="00C03C5F">
            <w:pPr>
              <w:rPr>
                <w:sz w:val="20"/>
                <w:szCs w:val="21"/>
                <w:lang w:val="de-DE"/>
              </w:rPr>
            </w:pPr>
            <w:r w:rsidRPr="00055C4F">
              <w:rPr>
                <w:color w:val="23302A"/>
                <w:sz w:val="18"/>
                <w:szCs w:val="21"/>
                <w:lang w:val="de-DE"/>
              </w:rPr>
              <w:t>Unterschriftenlisten gesammelt und vor fremdem Zugriff geschützt aufbewahren.</w:t>
            </w:r>
          </w:p>
        </w:tc>
      </w:tr>
      <w:tr w:rsidR="004B432C" w:rsidRPr="00055C4F" w14:paraId="30FB2DEE" w14:textId="77777777">
        <w:tc>
          <w:tcPr>
            <w:tcW w:w="5213" w:type="dxa"/>
            <w:tcBorders>
              <w:top w:val="single" w:sz="4" w:space="0" w:color="D9E4D8"/>
              <w:left w:val="single" w:sz="4" w:space="0" w:color="D9E4D8"/>
              <w:bottom w:val="single" w:sz="4" w:space="0" w:color="D9E4D8"/>
              <w:right w:val="single" w:sz="4" w:space="0" w:color="D9E4D8"/>
            </w:tcBorders>
            <w:shd w:val="clear" w:color="auto" w:fill="E8EFE6"/>
            <w:tcMar>
              <w:top w:w="90" w:type="dxa"/>
              <w:left w:w="120" w:type="dxa"/>
              <w:bottom w:w="90" w:type="dxa"/>
              <w:right w:w="120" w:type="dxa"/>
            </w:tcMar>
          </w:tcPr>
          <w:p w14:paraId="7E6E3C98" w14:textId="77777777" w:rsidR="004B432C" w:rsidRPr="00055C4F" w:rsidRDefault="00C03C5F">
            <w:pPr>
              <w:rPr>
                <w:sz w:val="20"/>
                <w:szCs w:val="21"/>
                <w:lang w:val="de-DE"/>
              </w:rPr>
            </w:pPr>
            <w:r w:rsidRPr="00055C4F">
              <w:rPr>
                <w:b/>
                <w:color w:val="23302A"/>
                <w:sz w:val="18"/>
                <w:szCs w:val="21"/>
                <w:lang w:val="de-DE"/>
              </w:rPr>
              <w:t>Übergabe</w:t>
            </w:r>
          </w:p>
        </w:tc>
        <w:tc>
          <w:tcPr>
            <w:tcW w:w="5213" w:type="dxa"/>
            <w:tcBorders>
              <w:top w:val="single" w:sz="4" w:space="0" w:color="D9E4D8"/>
              <w:left w:val="single" w:sz="4" w:space="0" w:color="D9E4D8"/>
              <w:bottom w:val="single" w:sz="4" w:space="0" w:color="D9E4D8"/>
              <w:right w:val="single" w:sz="4" w:space="0" w:color="D9E4D8"/>
            </w:tcBorders>
            <w:tcMar>
              <w:top w:w="90" w:type="dxa"/>
              <w:left w:w="120" w:type="dxa"/>
              <w:bottom w:w="90" w:type="dxa"/>
              <w:right w:w="120" w:type="dxa"/>
            </w:tcMar>
          </w:tcPr>
          <w:p w14:paraId="66178FF9" w14:textId="77777777" w:rsidR="004B432C" w:rsidRPr="00055C4F" w:rsidRDefault="00C03C5F">
            <w:pPr>
              <w:rPr>
                <w:sz w:val="20"/>
                <w:szCs w:val="21"/>
                <w:lang w:val="de-DE"/>
              </w:rPr>
            </w:pPr>
            <w:r w:rsidRPr="00055C4F">
              <w:rPr>
                <w:color w:val="23302A"/>
                <w:sz w:val="18"/>
                <w:szCs w:val="21"/>
                <w:lang w:val="de-DE"/>
              </w:rPr>
              <w:t>Vor Übergabe Anzahl der Blätter und Unterschriften dokumentieren.</w:t>
            </w:r>
          </w:p>
        </w:tc>
      </w:tr>
    </w:tbl>
    <w:p w14:paraId="2F1DE192" w14:textId="77777777" w:rsidR="004B432C" w:rsidRPr="00055C4F" w:rsidRDefault="004B432C">
      <w:pPr>
        <w:spacing w:after="80"/>
        <w:rPr>
          <w:sz w:val="20"/>
          <w:szCs w:val="21"/>
          <w:lang w:val="de-DE"/>
        </w:rPr>
      </w:pPr>
    </w:p>
    <w:p w14:paraId="28637D46" w14:textId="77777777" w:rsidR="004B432C" w:rsidRPr="00055C4F" w:rsidRDefault="00C03C5F">
      <w:pPr>
        <w:spacing w:before="320"/>
        <w:rPr>
          <w:sz w:val="20"/>
          <w:szCs w:val="21"/>
          <w:lang w:val="de-DE"/>
        </w:rPr>
      </w:pPr>
      <w:r w:rsidRPr="00055C4F">
        <w:rPr>
          <w:rFonts w:ascii="Aptos Display" w:hAnsi="Aptos Display"/>
          <w:b/>
          <w:color w:val="2F5D3F"/>
          <w:sz w:val="40"/>
          <w:szCs w:val="21"/>
          <w:lang w:val="de-DE"/>
        </w:rPr>
        <w:t>5. Datenschutzhinweis für die Liste</w:t>
      </w:r>
    </w:p>
    <w:tbl>
      <w:tblPr>
        <w:tblW w:w="5000" w:type="pct"/>
        <w:jc w:val="center"/>
        <w:tblLook w:val="04A0" w:firstRow="1" w:lastRow="0" w:firstColumn="1" w:lastColumn="0" w:noHBand="0" w:noVBand="1"/>
      </w:tblPr>
      <w:tblGrid>
        <w:gridCol w:w="10400"/>
      </w:tblGrid>
      <w:tr w:rsidR="004B432C" w:rsidRPr="00055C4F" w14:paraId="1DAFE999" w14:textId="77777777">
        <w:trPr>
          <w:jc w:val="center"/>
        </w:trPr>
        <w:tc>
          <w:tcPr>
            <w:tcW w:w="10426" w:type="dxa"/>
            <w:tcBorders>
              <w:top w:val="single" w:sz="2" w:space="0" w:color="E8EFE6"/>
              <w:left w:val="single" w:sz="18" w:space="0" w:color="2F5D3F"/>
              <w:bottom w:val="single" w:sz="2" w:space="0" w:color="E8EFE6"/>
              <w:right w:val="single" w:sz="2" w:space="0" w:color="E8EFE6"/>
            </w:tcBorders>
            <w:shd w:val="clear" w:color="auto" w:fill="E8EFE6"/>
            <w:tcMar>
              <w:top w:w="160" w:type="dxa"/>
              <w:left w:w="180" w:type="dxa"/>
              <w:bottom w:w="160" w:type="dxa"/>
              <w:right w:w="180" w:type="dxa"/>
            </w:tcMar>
          </w:tcPr>
          <w:p w14:paraId="0BC9BB1A" w14:textId="77777777" w:rsidR="004B432C" w:rsidRPr="00055C4F" w:rsidRDefault="00C03C5F">
            <w:pPr>
              <w:spacing w:after="80"/>
              <w:rPr>
                <w:sz w:val="20"/>
                <w:szCs w:val="21"/>
                <w:lang w:val="de-DE"/>
              </w:rPr>
            </w:pPr>
            <w:r w:rsidRPr="00055C4F">
              <w:rPr>
                <w:b/>
                <w:color w:val="2F5D3F"/>
                <w:sz w:val="22"/>
                <w:szCs w:val="21"/>
                <w:lang w:val="de-DE"/>
              </w:rPr>
              <w:t>Datenschutz</w:t>
            </w:r>
          </w:p>
          <w:p w14:paraId="551B91A9" w14:textId="77777777" w:rsidR="004B432C" w:rsidRPr="00055C4F" w:rsidRDefault="00C03C5F">
            <w:pPr>
              <w:spacing w:after="0"/>
              <w:rPr>
                <w:sz w:val="20"/>
                <w:szCs w:val="21"/>
                <w:lang w:val="de-DE"/>
              </w:rPr>
            </w:pPr>
            <w:r w:rsidRPr="00055C4F">
              <w:rPr>
                <w:color w:val="23302A"/>
                <w:sz w:val="18"/>
                <w:szCs w:val="21"/>
                <w:lang w:val="de-DE"/>
              </w:rPr>
              <w:t>Die Angaben auf den Unterschriftenlisten werden ausschließlich zur Unterstützung und Übergabe dieser Petition an die zuständigen Stellen verwendet. Die Listen werden nicht öffentlich ins Internet gestellt. Bitte tragen Sie nur Daten ein, die Sie für diesen Zweck angeben möchten.</w:t>
            </w:r>
          </w:p>
        </w:tc>
      </w:tr>
    </w:tbl>
    <w:p w14:paraId="00A146F6" w14:textId="77777777" w:rsidR="004B432C" w:rsidRPr="00055C4F" w:rsidRDefault="00C03C5F">
      <w:pPr>
        <w:rPr>
          <w:sz w:val="20"/>
          <w:szCs w:val="21"/>
          <w:lang w:val="de-DE"/>
        </w:rPr>
      </w:pPr>
      <w:r w:rsidRPr="00055C4F">
        <w:rPr>
          <w:i/>
          <w:color w:val="5C6B60"/>
          <w:sz w:val="18"/>
          <w:szCs w:val="21"/>
          <w:lang w:val="de-DE"/>
        </w:rPr>
        <w:t>Hinweis: Dies ist eine praktische Formulierung für die Sammlung vor Ort und ersetzt keine rechtliche Prüfung. Wenn die Petition offiziell übergeben oder veröffentlicht wird, sollten Empfänger, Verantwortliche und Aufbewahrung noch einmal intern abgestimmt werden.</w:t>
      </w:r>
    </w:p>
    <w:p w14:paraId="462BFD92" w14:textId="77777777" w:rsidR="004B432C" w:rsidRPr="00055C4F" w:rsidRDefault="00C03C5F">
      <w:pPr>
        <w:spacing w:before="320"/>
        <w:rPr>
          <w:sz w:val="20"/>
          <w:szCs w:val="21"/>
          <w:lang w:val="de-DE"/>
        </w:rPr>
      </w:pPr>
      <w:r w:rsidRPr="00055C4F">
        <w:rPr>
          <w:rFonts w:ascii="Aptos Display" w:hAnsi="Aptos Display"/>
          <w:b/>
          <w:color w:val="2F5D3F"/>
          <w:sz w:val="40"/>
          <w:szCs w:val="21"/>
          <w:lang w:val="de-DE"/>
        </w:rPr>
        <w:t>6. Faktenbasis im Kurzüberblick</w:t>
      </w:r>
    </w:p>
    <w:tbl>
      <w:tblPr>
        <w:tblW w:w="5000" w:type="pct"/>
        <w:tblLook w:val="04A0" w:firstRow="1" w:lastRow="0" w:firstColumn="1" w:lastColumn="0" w:noHBand="0" w:noVBand="1"/>
      </w:tblPr>
      <w:tblGrid>
        <w:gridCol w:w="5213"/>
        <w:gridCol w:w="5213"/>
      </w:tblGrid>
      <w:tr w:rsidR="004B432C" w:rsidRPr="00055C4F" w14:paraId="09D06E97" w14:textId="77777777">
        <w:tc>
          <w:tcPr>
            <w:tcW w:w="5213" w:type="dxa"/>
            <w:shd w:val="clear" w:color="auto" w:fill="2F5D3F"/>
            <w:tcMar>
              <w:top w:w="100" w:type="dxa"/>
              <w:left w:w="120" w:type="dxa"/>
              <w:bottom w:w="100" w:type="dxa"/>
              <w:right w:w="120" w:type="dxa"/>
            </w:tcMar>
          </w:tcPr>
          <w:p w14:paraId="20AB9858" w14:textId="77777777" w:rsidR="004B432C" w:rsidRPr="00055C4F" w:rsidRDefault="00C03C5F">
            <w:pPr>
              <w:rPr>
                <w:sz w:val="20"/>
                <w:szCs w:val="21"/>
                <w:lang w:val="de-DE"/>
              </w:rPr>
            </w:pPr>
            <w:r w:rsidRPr="00055C4F">
              <w:rPr>
                <w:b/>
                <w:color w:val="FFFFFF"/>
                <w:sz w:val="18"/>
                <w:szCs w:val="21"/>
                <w:lang w:val="de-DE"/>
              </w:rPr>
              <w:t>Thema</w:t>
            </w:r>
          </w:p>
        </w:tc>
        <w:tc>
          <w:tcPr>
            <w:tcW w:w="5213" w:type="dxa"/>
            <w:shd w:val="clear" w:color="auto" w:fill="2F5D3F"/>
            <w:tcMar>
              <w:top w:w="100" w:type="dxa"/>
              <w:left w:w="120" w:type="dxa"/>
              <w:bottom w:w="100" w:type="dxa"/>
              <w:right w:w="120" w:type="dxa"/>
            </w:tcMar>
          </w:tcPr>
          <w:p w14:paraId="72001FCA" w14:textId="77777777" w:rsidR="004B432C" w:rsidRPr="00055C4F" w:rsidRDefault="00C03C5F">
            <w:pPr>
              <w:rPr>
                <w:sz w:val="20"/>
                <w:szCs w:val="21"/>
                <w:lang w:val="de-DE"/>
              </w:rPr>
            </w:pPr>
            <w:r w:rsidRPr="00055C4F">
              <w:rPr>
                <w:b/>
                <w:color w:val="FFFFFF"/>
                <w:sz w:val="18"/>
                <w:szCs w:val="21"/>
                <w:lang w:val="de-DE"/>
              </w:rPr>
              <w:t>Was in der Petition aufgegriffen wird</w:t>
            </w:r>
          </w:p>
        </w:tc>
      </w:tr>
      <w:tr w:rsidR="004B432C" w:rsidRPr="00055C4F" w14:paraId="1526602C" w14:textId="77777777">
        <w:tc>
          <w:tcPr>
            <w:tcW w:w="5213" w:type="dxa"/>
            <w:tcBorders>
              <w:top w:val="single" w:sz="4" w:space="0" w:color="D9E4D8"/>
              <w:left w:val="single" w:sz="4" w:space="0" w:color="D9E4D8"/>
              <w:bottom w:val="single" w:sz="4" w:space="0" w:color="D9E4D8"/>
              <w:right w:val="single" w:sz="4" w:space="0" w:color="D9E4D8"/>
            </w:tcBorders>
            <w:shd w:val="clear" w:color="auto" w:fill="FFF9E8"/>
            <w:tcMar>
              <w:top w:w="90" w:type="dxa"/>
              <w:left w:w="120" w:type="dxa"/>
              <w:bottom w:w="90" w:type="dxa"/>
              <w:right w:w="120" w:type="dxa"/>
            </w:tcMar>
          </w:tcPr>
          <w:p w14:paraId="1C2F410B" w14:textId="77777777" w:rsidR="004B432C" w:rsidRPr="00055C4F" w:rsidRDefault="00C03C5F">
            <w:pPr>
              <w:rPr>
                <w:sz w:val="20"/>
                <w:szCs w:val="21"/>
                <w:lang w:val="de-DE"/>
              </w:rPr>
            </w:pPr>
            <w:r w:rsidRPr="00055C4F">
              <w:rPr>
                <w:b/>
                <w:color w:val="23302A"/>
                <w:sz w:val="18"/>
                <w:szCs w:val="21"/>
                <w:lang w:val="de-DE"/>
              </w:rPr>
              <w:t>Planungsstand</w:t>
            </w:r>
          </w:p>
        </w:tc>
        <w:tc>
          <w:tcPr>
            <w:tcW w:w="5213" w:type="dxa"/>
            <w:tcBorders>
              <w:top w:val="single" w:sz="4" w:space="0" w:color="D9E4D8"/>
              <w:left w:val="single" w:sz="4" w:space="0" w:color="D9E4D8"/>
              <w:bottom w:val="single" w:sz="4" w:space="0" w:color="D9E4D8"/>
              <w:right w:val="single" w:sz="4" w:space="0" w:color="D9E4D8"/>
            </w:tcBorders>
            <w:tcMar>
              <w:top w:w="90" w:type="dxa"/>
              <w:left w:w="120" w:type="dxa"/>
              <w:bottom w:w="90" w:type="dxa"/>
              <w:right w:w="120" w:type="dxa"/>
            </w:tcMar>
          </w:tcPr>
          <w:p w14:paraId="5BDF0096" w14:textId="77777777" w:rsidR="004B432C" w:rsidRPr="00055C4F" w:rsidRDefault="00C03C5F">
            <w:pPr>
              <w:rPr>
                <w:sz w:val="20"/>
                <w:szCs w:val="21"/>
                <w:lang w:val="de-DE"/>
              </w:rPr>
            </w:pPr>
            <w:r w:rsidRPr="00055C4F">
              <w:rPr>
                <w:color w:val="23302A"/>
                <w:sz w:val="18"/>
                <w:szCs w:val="21"/>
                <w:lang w:val="de-DE"/>
              </w:rPr>
              <w:t>bis zu 15 Windenergieanlagen, bis zu 286,5 m Gesamthöhe, genauer Standort im Verfahren zu klären</w:t>
            </w:r>
          </w:p>
        </w:tc>
      </w:tr>
      <w:tr w:rsidR="004B432C" w:rsidRPr="00055C4F" w14:paraId="38F7C960" w14:textId="77777777">
        <w:tc>
          <w:tcPr>
            <w:tcW w:w="5213" w:type="dxa"/>
            <w:tcBorders>
              <w:top w:val="single" w:sz="4" w:space="0" w:color="D9E4D8"/>
              <w:left w:val="single" w:sz="4" w:space="0" w:color="D9E4D8"/>
              <w:bottom w:val="single" w:sz="4" w:space="0" w:color="D9E4D8"/>
              <w:right w:val="single" w:sz="4" w:space="0" w:color="D9E4D8"/>
            </w:tcBorders>
            <w:shd w:val="clear" w:color="auto" w:fill="FFF9E8"/>
            <w:tcMar>
              <w:top w:w="90" w:type="dxa"/>
              <w:left w:w="120" w:type="dxa"/>
              <w:bottom w:w="90" w:type="dxa"/>
              <w:right w:w="120" w:type="dxa"/>
            </w:tcMar>
          </w:tcPr>
          <w:p w14:paraId="7C443E1D" w14:textId="77777777" w:rsidR="004B432C" w:rsidRPr="00055C4F" w:rsidRDefault="00C03C5F">
            <w:pPr>
              <w:rPr>
                <w:sz w:val="20"/>
                <w:szCs w:val="21"/>
                <w:lang w:val="de-DE"/>
              </w:rPr>
            </w:pPr>
            <w:r w:rsidRPr="00055C4F">
              <w:rPr>
                <w:b/>
                <w:color w:val="23302A"/>
                <w:sz w:val="18"/>
                <w:szCs w:val="21"/>
                <w:lang w:val="de-DE"/>
              </w:rPr>
              <w:t>Standort</w:t>
            </w:r>
          </w:p>
        </w:tc>
        <w:tc>
          <w:tcPr>
            <w:tcW w:w="5213" w:type="dxa"/>
            <w:tcBorders>
              <w:top w:val="single" w:sz="4" w:space="0" w:color="D9E4D8"/>
              <w:left w:val="single" w:sz="4" w:space="0" w:color="D9E4D8"/>
              <w:bottom w:val="single" w:sz="4" w:space="0" w:color="D9E4D8"/>
              <w:right w:val="single" w:sz="4" w:space="0" w:color="D9E4D8"/>
            </w:tcBorders>
            <w:tcMar>
              <w:top w:w="90" w:type="dxa"/>
              <w:left w:w="120" w:type="dxa"/>
              <w:bottom w:w="90" w:type="dxa"/>
              <w:right w:w="120" w:type="dxa"/>
            </w:tcMar>
          </w:tcPr>
          <w:p w14:paraId="610FDF56" w14:textId="77777777" w:rsidR="004B432C" w:rsidRPr="00055C4F" w:rsidRDefault="00C03C5F">
            <w:pPr>
              <w:rPr>
                <w:sz w:val="20"/>
                <w:szCs w:val="21"/>
                <w:lang w:val="de-DE"/>
              </w:rPr>
            </w:pPr>
            <w:r w:rsidRPr="00055C4F">
              <w:rPr>
                <w:color w:val="23302A"/>
                <w:sz w:val="18"/>
                <w:szCs w:val="21"/>
                <w:lang w:val="de-DE"/>
              </w:rPr>
              <w:t>Bereich Altenhausen / Emden im Flechtinger Höhenzug; Wald- und Landschaftsbezug</w:t>
            </w:r>
          </w:p>
        </w:tc>
      </w:tr>
      <w:tr w:rsidR="004B432C" w:rsidRPr="00055C4F" w14:paraId="675A3D27" w14:textId="77777777">
        <w:tc>
          <w:tcPr>
            <w:tcW w:w="5213" w:type="dxa"/>
            <w:tcBorders>
              <w:top w:val="single" w:sz="4" w:space="0" w:color="D9E4D8"/>
              <w:left w:val="single" w:sz="4" w:space="0" w:color="D9E4D8"/>
              <w:bottom w:val="single" w:sz="4" w:space="0" w:color="D9E4D8"/>
              <w:right w:val="single" w:sz="4" w:space="0" w:color="D9E4D8"/>
            </w:tcBorders>
            <w:shd w:val="clear" w:color="auto" w:fill="FFF9E8"/>
            <w:tcMar>
              <w:top w:w="90" w:type="dxa"/>
              <w:left w:w="120" w:type="dxa"/>
              <w:bottom w:w="90" w:type="dxa"/>
              <w:right w:w="120" w:type="dxa"/>
            </w:tcMar>
          </w:tcPr>
          <w:p w14:paraId="14F52744" w14:textId="77777777" w:rsidR="004B432C" w:rsidRPr="00055C4F" w:rsidRDefault="00C03C5F">
            <w:pPr>
              <w:rPr>
                <w:sz w:val="20"/>
                <w:szCs w:val="21"/>
                <w:lang w:val="de-DE"/>
              </w:rPr>
            </w:pPr>
            <w:r w:rsidRPr="00055C4F">
              <w:rPr>
                <w:b/>
                <w:color w:val="23302A"/>
                <w:sz w:val="18"/>
                <w:szCs w:val="21"/>
                <w:lang w:val="de-DE"/>
              </w:rPr>
              <w:t>Verfahrensstand</w:t>
            </w:r>
          </w:p>
        </w:tc>
        <w:tc>
          <w:tcPr>
            <w:tcW w:w="5213" w:type="dxa"/>
            <w:tcBorders>
              <w:top w:val="single" w:sz="4" w:space="0" w:color="D9E4D8"/>
              <w:left w:val="single" w:sz="4" w:space="0" w:color="D9E4D8"/>
              <w:bottom w:val="single" w:sz="4" w:space="0" w:color="D9E4D8"/>
              <w:right w:val="single" w:sz="4" w:space="0" w:color="D9E4D8"/>
            </w:tcBorders>
            <w:tcMar>
              <w:top w:w="90" w:type="dxa"/>
              <w:left w:w="120" w:type="dxa"/>
              <w:bottom w:w="90" w:type="dxa"/>
              <w:right w:w="120" w:type="dxa"/>
            </w:tcMar>
          </w:tcPr>
          <w:p w14:paraId="1BF028CF" w14:textId="77777777" w:rsidR="004B432C" w:rsidRPr="00055C4F" w:rsidRDefault="00C03C5F">
            <w:pPr>
              <w:rPr>
                <w:sz w:val="20"/>
                <w:szCs w:val="21"/>
                <w:lang w:val="de-DE"/>
              </w:rPr>
            </w:pPr>
            <w:r w:rsidRPr="00055C4F">
              <w:rPr>
                <w:color w:val="23302A"/>
                <w:sz w:val="18"/>
                <w:szCs w:val="21"/>
                <w:lang w:val="de-DE"/>
              </w:rPr>
              <w:t>Bauleitverfahren gestartet; Beteiligung, Gutachten und Abwägung sind zentrale Punkte</w:t>
            </w:r>
          </w:p>
        </w:tc>
      </w:tr>
    </w:tbl>
    <w:p w14:paraId="4094627E" w14:textId="77777777" w:rsidR="000F4488" w:rsidRPr="00055C4F" w:rsidRDefault="000F4488">
      <w:pPr>
        <w:rPr>
          <w:color w:val="5C6B60"/>
          <w:sz w:val="16"/>
          <w:szCs w:val="21"/>
          <w:lang w:val="de-DE"/>
        </w:rPr>
      </w:pPr>
    </w:p>
    <w:p w14:paraId="0BE8E49A" w14:textId="6AEA7B98" w:rsidR="004B432C" w:rsidRPr="00055C4F" w:rsidRDefault="00C03C5F">
      <w:pPr>
        <w:rPr>
          <w:sz w:val="20"/>
          <w:szCs w:val="21"/>
          <w:lang w:val="de-DE"/>
        </w:rPr>
      </w:pPr>
      <w:r w:rsidRPr="00055C4F">
        <w:rPr>
          <w:color w:val="5C6B60"/>
          <w:sz w:val="16"/>
          <w:szCs w:val="21"/>
          <w:lang w:val="de-DE"/>
        </w:rPr>
        <w:t>Quellenhinweis für die interne Prüfung: Beschlussvorlage/Projektkurzbeschreibung, Website-Inhalte der Initiative und vorhandene Arbeitsvorlage zur Petition. Vor öffentlicher Übergabe sollten Namen, Adressaten und konkrete rechtliche Formulierungen final gegengelesen werden.</w:t>
      </w:r>
    </w:p>
    <w:p w14:paraId="04026862" w14:textId="77777777" w:rsidR="004B432C" w:rsidRPr="00055C4F" w:rsidRDefault="004B432C">
      <w:pPr>
        <w:rPr>
          <w:sz w:val="20"/>
          <w:szCs w:val="21"/>
          <w:lang w:val="de-DE"/>
        </w:rPr>
        <w:sectPr w:rsidR="004B432C" w:rsidRPr="00055C4F">
          <w:footerReference w:type="default" r:id="rId10"/>
          <w:pgSz w:w="12240" w:h="15840"/>
          <w:pgMar w:top="794" w:right="907" w:bottom="794" w:left="907" w:header="720" w:footer="720" w:gutter="0"/>
          <w:cols w:space="720"/>
          <w:docGrid w:linePitch="360"/>
        </w:sectPr>
      </w:pPr>
    </w:p>
    <w:p w14:paraId="6B6B1FFC" w14:textId="77777777" w:rsidR="004B432C" w:rsidRPr="00055C4F" w:rsidRDefault="00C03C5F">
      <w:pPr>
        <w:spacing w:after="40"/>
        <w:rPr>
          <w:sz w:val="20"/>
          <w:szCs w:val="21"/>
          <w:lang w:val="de-DE"/>
        </w:rPr>
      </w:pPr>
      <w:r w:rsidRPr="00055C4F">
        <w:rPr>
          <w:b/>
          <w:color w:val="2F5D3F"/>
          <w:sz w:val="24"/>
          <w:szCs w:val="21"/>
          <w:lang w:val="de-DE"/>
        </w:rPr>
        <w:lastRenderedPageBreak/>
        <w:t>Unterschriftenliste zur Petition: Flechtinger Höhenzug schützen – Windpark Altenhausen kritisch prüfen</w:t>
      </w:r>
    </w:p>
    <w:p w14:paraId="07B70315" w14:textId="77777777" w:rsidR="004B432C" w:rsidRPr="00055C4F" w:rsidRDefault="00C03C5F">
      <w:pPr>
        <w:spacing w:after="80"/>
        <w:rPr>
          <w:sz w:val="20"/>
          <w:szCs w:val="21"/>
          <w:lang w:val="de-DE"/>
        </w:rPr>
      </w:pPr>
      <w:r w:rsidRPr="00055C4F">
        <w:rPr>
          <w:color w:val="23302A"/>
          <w:sz w:val="16"/>
          <w:szCs w:val="21"/>
          <w:lang w:val="de-DE"/>
        </w:rPr>
        <w:t>Mit meiner Unterschrift unterstütze ich Transparenz, Alternativenprüfung und wirksame Bürgerbeteiligung beim geplanten Windpark Altenhausen / Flechtinger Höhenzug.</w:t>
      </w:r>
    </w:p>
    <w:tbl>
      <w:tblPr>
        <w:tblW w:w="5000" w:type="pct"/>
        <w:jc w:val="center"/>
        <w:tblLook w:val="04A0" w:firstRow="1" w:lastRow="0" w:firstColumn="1" w:lastColumn="0" w:noHBand="0" w:noVBand="1"/>
      </w:tblPr>
      <w:tblGrid>
        <w:gridCol w:w="700"/>
        <w:gridCol w:w="2871"/>
        <w:gridCol w:w="4062"/>
        <w:gridCol w:w="2241"/>
        <w:gridCol w:w="3292"/>
        <w:gridCol w:w="1540"/>
      </w:tblGrid>
      <w:tr w:rsidR="004B432C" w:rsidRPr="00055C4F" w14:paraId="2F326262" w14:textId="77777777">
        <w:trPr>
          <w:jc w:val="center"/>
        </w:trPr>
        <w:tc>
          <w:tcPr>
            <w:tcW w:w="567" w:type="dxa"/>
            <w:shd w:val="clear" w:color="auto" w:fill="2F5D3F"/>
            <w:tcMar>
              <w:top w:w="80" w:type="dxa"/>
              <w:left w:w="70" w:type="dxa"/>
              <w:bottom w:w="80" w:type="dxa"/>
              <w:right w:w="70" w:type="dxa"/>
            </w:tcMar>
            <w:vAlign w:val="center"/>
          </w:tcPr>
          <w:p w14:paraId="12FDEBE9" w14:textId="77777777" w:rsidR="004B432C" w:rsidRPr="00055C4F" w:rsidRDefault="00C03C5F">
            <w:pPr>
              <w:jc w:val="center"/>
              <w:rPr>
                <w:sz w:val="20"/>
                <w:szCs w:val="21"/>
                <w:lang w:val="de-DE"/>
              </w:rPr>
            </w:pPr>
            <w:r w:rsidRPr="00055C4F">
              <w:rPr>
                <w:b/>
                <w:color w:val="FFFFFF"/>
                <w:sz w:val="16"/>
                <w:szCs w:val="21"/>
                <w:lang w:val="de-DE"/>
              </w:rPr>
              <w:t>Nr.</w:t>
            </w:r>
          </w:p>
        </w:tc>
        <w:tc>
          <w:tcPr>
            <w:tcW w:w="2324" w:type="dxa"/>
            <w:shd w:val="clear" w:color="auto" w:fill="2F5D3F"/>
            <w:tcMar>
              <w:top w:w="80" w:type="dxa"/>
              <w:left w:w="70" w:type="dxa"/>
              <w:bottom w:w="80" w:type="dxa"/>
              <w:right w:w="70" w:type="dxa"/>
            </w:tcMar>
            <w:vAlign w:val="center"/>
          </w:tcPr>
          <w:p w14:paraId="325014B9" w14:textId="77777777" w:rsidR="004B432C" w:rsidRPr="00055C4F" w:rsidRDefault="00C03C5F">
            <w:pPr>
              <w:jc w:val="center"/>
              <w:rPr>
                <w:sz w:val="20"/>
                <w:szCs w:val="21"/>
                <w:lang w:val="de-DE"/>
              </w:rPr>
            </w:pPr>
            <w:r w:rsidRPr="00055C4F">
              <w:rPr>
                <w:b/>
                <w:color w:val="FFFFFF"/>
                <w:sz w:val="16"/>
                <w:szCs w:val="21"/>
                <w:lang w:val="de-DE"/>
              </w:rPr>
              <w:t>Name, Vorname</w:t>
            </w:r>
          </w:p>
        </w:tc>
        <w:tc>
          <w:tcPr>
            <w:tcW w:w="3288" w:type="dxa"/>
            <w:shd w:val="clear" w:color="auto" w:fill="2F5D3F"/>
            <w:tcMar>
              <w:top w:w="80" w:type="dxa"/>
              <w:left w:w="70" w:type="dxa"/>
              <w:bottom w:w="80" w:type="dxa"/>
              <w:right w:w="70" w:type="dxa"/>
            </w:tcMar>
            <w:vAlign w:val="center"/>
          </w:tcPr>
          <w:p w14:paraId="4537D732" w14:textId="77777777" w:rsidR="004B432C" w:rsidRPr="00055C4F" w:rsidRDefault="00C03C5F">
            <w:pPr>
              <w:jc w:val="center"/>
              <w:rPr>
                <w:sz w:val="20"/>
                <w:szCs w:val="21"/>
                <w:lang w:val="de-DE"/>
              </w:rPr>
            </w:pPr>
            <w:r w:rsidRPr="00055C4F">
              <w:rPr>
                <w:b/>
                <w:color w:val="FFFFFF"/>
                <w:sz w:val="16"/>
                <w:szCs w:val="21"/>
                <w:lang w:val="de-DE"/>
              </w:rPr>
              <w:t>Adresse oder Ortsteil</w:t>
            </w:r>
          </w:p>
        </w:tc>
        <w:tc>
          <w:tcPr>
            <w:tcW w:w="1814" w:type="dxa"/>
            <w:shd w:val="clear" w:color="auto" w:fill="2F5D3F"/>
            <w:tcMar>
              <w:top w:w="80" w:type="dxa"/>
              <w:left w:w="70" w:type="dxa"/>
              <w:bottom w:w="80" w:type="dxa"/>
              <w:right w:w="70" w:type="dxa"/>
            </w:tcMar>
            <w:vAlign w:val="center"/>
          </w:tcPr>
          <w:p w14:paraId="0A4778C7" w14:textId="77777777" w:rsidR="004B432C" w:rsidRPr="00055C4F" w:rsidRDefault="00C03C5F">
            <w:pPr>
              <w:jc w:val="center"/>
              <w:rPr>
                <w:sz w:val="20"/>
                <w:szCs w:val="21"/>
                <w:lang w:val="de-DE"/>
              </w:rPr>
            </w:pPr>
            <w:r w:rsidRPr="00055C4F">
              <w:rPr>
                <w:b/>
                <w:color w:val="FFFFFF"/>
                <w:sz w:val="16"/>
                <w:szCs w:val="21"/>
                <w:lang w:val="de-DE"/>
              </w:rPr>
              <w:t>Datum</w:t>
            </w:r>
          </w:p>
        </w:tc>
        <w:tc>
          <w:tcPr>
            <w:tcW w:w="2665" w:type="dxa"/>
            <w:shd w:val="clear" w:color="auto" w:fill="2F5D3F"/>
            <w:tcMar>
              <w:top w:w="80" w:type="dxa"/>
              <w:left w:w="70" w:type="dxa"/>
              <w:bottom w:w="80" w:type="dxa"/>
              <w:right w:w="70" w:type="dxa"/>
            </w:tcMar>
            <w:vAlign w:val="center"/>
          </w:tcPr>
          <w:p w14:paraId="72F11513" w14:textId="77777777" w:rsidR="004B432C" w:rsidRPr="00055C4F" w:rsidRDefault="00C03C5F">
            <w:pPr>
              <w:jc w:val="center"/>
              <w:rPr>
                <w:sz w:val="20"/>
                <w:szCs w:val="21"/>
                <w:lang w:val="de-DE"/>
              </w:rPr>
            </w:pPr>
            <w:r w:rsidRPr="00055C4F">
              <w:rPr>
                <w:b/>
                <w:color w:val="FFFFFF"/>
                <w:sz w:val="16"/>
                <w:szCs w:val="21"/>
                <w:lang w:val="de-DE"/>
              </w:rPr>
              <w:t>Unterschrift</w:t>
            </w:r>
          </w:p>
        </w:tc>
        <w:tc>
          <w:tcPr>
            <w:tcW w:w="1247" w:type="dxa"/>
            <w:shd w:val="clear" w:color="auto" w:fill="2F5D3F"/>
            <w:tcMar>
              <w:top w:w="80" w:type="dxa"/>
              <w:left w:w="70" w:type="dxa"/>
              <w:bottom w:w="80" w:type="dxa"/>
              <w:right w:w="70" w:type="dxa"/>
            </w:tcMar>
            <w:vAlign w:val="center"/>
          </w:tcPr>
          <w:p w14:paraId="25C26F3E" w14:textId="77777777" w:rsidR="004B432C" w:rsidRPr="00055C4F" w:rsidRDefault="00C03C5F">
            <w:pPr>
              <w:jc w:val="center"/>
              <w:rPr>
                <w:sz w:val="20"/>
                <w:szCs w:val="21"/>
                <w:lang w:val="de-DE"/>
              </w:rPr>
            </w:pPr>
            <w:r w:rsidRPr="00055C4F">
              <w:rPr>
                <w:b/>
                <w:color w:val="FFFFFF"/>
                <w:sz w:val="16"/>
                <w:szCs w:val="21"/>
                <w:lang w:val="de-DE"/>
              </w:rPr>
              <w:t>Bemerkung optional</w:t>
            </w:r>
          </w:p>
        </w:tc>
      </w:tr>
      <w:tr w:rsidR="004B432C" w:rsidRPr="00055C4F" w14:paraId="46448891"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AF520AB" w14:textId="77777777" w:rsidR="004B432C" w:rsidRPr="00055C4F" w:rsidRDefault="00C03C5F">
            <w:pPr>
              <w:spacing w:after="0"/>
              <w:jc w:val="center"/>
              <w:rPr>
                <w:sz w:val="20"/>
                <w:szCs w:val="21"/>
                <w:lang w:val="de-DE"/>
              </w:rPr>
            </w:pPr>
            <w:r w:rsidRPr="00055C4F">
              <w:rPr>
                <w:color w:val="5C6B60"/>
                <w:sz w:val="14"/>
                <w:szCs w:val="21"/>
                <w:lang w:val="de-DE"/>
              </w:rPr>
              <w:t>1</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8F31C81"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1997FA4"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8C29D4F"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D19944D"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95B1514" w14:textId="77777777" w:rsidR="004B432C" w:rsidRPr="00055C4F" w:rsidRDefault="004B432C">
            <w:pPr>
              <w:spacing w:after="0"/>
              <w:rPr>
                <w:sz w:val="20"/>
                <w:szCs w:val="21"/>
                <w:lang w:val="de-DE"/>
              </w:rPr>
            </w:pPr>
          </w:p>
        </w:tc>
      </w:tr>
      <w:tr w:rsidR="004B432C" w:rsidRPr="00055C4F" w14:paraId="368DE4C8"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E37F685" w14:textId="77777777" w:rsidR="004B432C" w:rsidRPr="00055C4F" w:rsidRDefault="00C03C5F">
            <w:pPr>
              <w:spacing w:after="0"/>
              <w:jc w:val="center"/>
              <w:rPr>
                <w:sz w:val="20"/>
                <w:szCs w:val="21"/>
                <w:lang w:val="de-DE"/>
              </w:rPr>
            </w:pPr>
            <w:r w:rsidRPr="00055C4F">
              <w:rPr>
                <w:color w:val="5C6B60"/>
                <w:sz w:val="14"/>
                <w:szCs w:val="21"/>
                <w:lang w:val="de-DE"/>
              </w:rPr>
              <w:t>2</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3F92FF8"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9B22D44"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37F39F5"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2DF44F2"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A64C2B1" w14:textId="77777777" w:rsidR="004B432C" w:rsidRPr="00055C4F" w:rsidRDefault="004B432C">
            <w:pPr>
              <w:spacing w:after="0"/>
              <w:rPr>
                <w:sz w:val="20"/>
                <w:szCs w:val="21"/>
                <w:lang w:val="de-DE"/>
              </w:rPr>
            </w:pPr>
          </w:p>
        </w:tc>
      </w:tr>
      <w:tr w:rsidR="004B432C" w:rsidRPr="00055C4F" w14:paraId="1936F0D0"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C8E9662" w14:textId="77777777" w:rsidR="004B432C" w:rsidRPr="00055C4F" w:rsidRDefault="00C03C5F">
            <w:pPr>
              <w:spacing w:after="0"/>
              <w:jc w:val="center"/>
              <w:rPr>
                <w:sz w:val="20"/>
                <w:szCs w:val="21"/>
                <w:lang w:val="de-DE"/>
              </w:rPr>
            </w:pPr>
            <w:r w:rsidRPr="00055C4F">
              <w:rPr>
                <w:color w:val="5C6B60"/>
                <w:sz w:val="14"/>
                <w:szCs w:val="21"/>
                <w:lang w:val="de-DE"/>
              </w:rPr>
              <w:t>3</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52C239E"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95F1B2D"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0A2385C"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A58DEF1"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E6D7BE6" w14:textId="77777777" w:rsidR="004B432C" w:rsidRPr="00055C4F" w:rsidRDefault="004B432C">
            <w:pPr>
              <w:spacing w:after="0"/>
              <w:rPr>
                <w:sz w:val="20"/>
                <w:szCs w:val="21"/>
                <w:lang w:val="de-DE"/>
              </w:rPr>
            </w:pPr>
          </w:p>
        </w:tc>
      </w:tr>
      <w:tr w:rsidR="004B432C" w:rsidRPr="00055C4F" w14:paraId="4DF6B80E"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BC10F43" w14:textId="77777777" w:rsidR="004B432C" w:rsidRPr="00055C4F" w:rsidRDefault="00C03C5F">
            <w:pPr>
              <w:spacing w:after="0"/>
              <w:jc w:val="center"/>
              <w:rPr>
                <w:sz w:val="20"/>
                <w:szCs w:val="21"/>
                <w:lang w:val="de-DE"/>
              </w:rPr>
            </w:pPr>
            <w:r w:rsidRPr="00055C4F">
              <w:rPr>
                <w:color w:val="5C6B60"/>
                <w:sz w:val="14"/>
                <w:szCs w:val="21"/>
                <w:lang w:val="de-DE"/>
              </w:rPr>
              <w:t>4</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87363EA"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DCCFB79"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BD82747"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E678BDD"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56D5230" w14:textId="77777777" w:rsidR="004B432C" w:rsidRPr="00055C4F" w:rsidRDefault="004B432C">
            <w:pPr>
              <w:spacing w:after="0"/>
              <w:rPr>
                <w:sz w:val="20"/>
                <w:szCs w:val="21"/>
                <w:lang w:val="de-DE"/>
              </w:rPr>
            </w:pPr>
          </w:p>
        </w:tc>
      </w:tr>
      <w:tr w:rsidR="004B432C" w:rsidRPr="00055C4F" w14:paraId="139F2539"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CFFC8E8" w14:textId="77777777" w:rsidR="004B432C" w:rsidRPr="00055C4F" w:rsidRDefault="00C03C5F">
            <w:pPr>
              <w:spacing w:after="0"/>
              <w:jc w:val="center"/>
              <w:rPr>
                <w:sz w:val="20"/>
                <w:szCs w:val="21"/>
                <w:lang w:val="de-DE"/>
              </w:rPr>
            </w:pPr>
            <w:r w:rsidRPr="00055C4F">
              <w:rPr>
                <w:color w:val="5C6B60"/>
                <w:sz w:val="14"/>
                <w:szCs w:val="21"/>
                <w:lang w:val="de-DE"/>
              </w:rPr>
              <w:t>5</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BCB1B43"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9E1AEE8"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1FFE4C0"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0F79E3A"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67DCFF1" w14:textId="77777777" w:rsidR="004B432C" w:rsidRPr="00055C4F" w:rsidRDefault="004B432C">
            <w:pPr>
              <w:spacing w:after="0"/>
              <w:rPr>
                <w:sz w:val="20"/>
                <w:szCs w:val="21"/>
                <w:lang w:val="de-DE"/>
              </w:rPr>
            </w:pPr>
          </w:p>
        </w:tc>
      </w:tr>
      <w:tr w:rsidR="004B432C" w:rsidRPr="00055C4F" w14:paraId="1E40BF8D"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B63C463" w14:textId="77777777" w:rsidR="004B432C" w:rsidRPr="00055C4F" w:rsidRDefault="00C03C5F">
            <w:pPr>
              <w:spacing w:after="0"/>
              <w:jc w:val="center"/>
              <w:rPr>
                <w:sz w:val="20"/>
                <w:szCs w:val="21"/>
                <w:lang w:val="de-DE"/>
              </w:rPr>
            </w:pPr>
            <w:r w:rsidRPr="00055C4F">
              <w:rPr>
                <w:color w:val="5C6B60"/>
                <w:sz w:val="14"/>
                <w:szCs w:val="21"/>
                <w:lang w:val="de-DE"/>
              </w:rPr>
              <w:t>6</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D71EB26"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656DAD6"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D1608E7"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160527F"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7499E0A" w14:textId="77777777" w:rsidR="004B432C" w:rsidRPr="00055C4F" w:rsidRDefault="004B432C">
            <w:pPr>
              <w:spacing w:after="0"/>
              <w:rPr>
                <w:sz w:val="20"/>
                <w:szCs w:val="21"/>
                <w:lang w:val="de-DE"/>
              </w:rPr>
            </w:pPr>
          </w:p>
        </w:tc>
      </w:tr>
      <w:tr w:rsidR="004B432C" w:rsidRPr="00055C4F" w14:paraId="3C585E8D"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5013680" w14:textId="77777777" w:rsidR="004B432C" w:rsidRPr="00055C4F" w:rsidRDefault="00C03C5F">
            <w:pPr>
              <w:spacing w:after="0"/>
              <w:jc w:val="center"/>
              <w:rPr>
                <w:sz w:val="20"/>
                <w:szCs w:val="21"/>
                <w:lang w:val="de-DE"/>
              </w:rPr>
            </w:pPr>
            <w:r w:rsidRPr="00055C4F">
              <w:rPr>
                <w:color w:val="5C6B60"/>
                <w:sz w:val="14"/>
                <w:szCs w:val="21"/>
                <w:lang w:val="de-DE"/>
              </w:rPr>
              <w:t>7</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A94A1C6"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30ED12C"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A7B26DA"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18E56F0"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CA9E239" w14:textId="77777777" w:rsidR="004B432C" w:rsidRPr="00055C4F" w:rsidRDefault="004B432C">
            <w:pPr>
              <w:spacing w:after="0"/>
              <w:rPr>
                <w:sz w:val="20"/>
                <w:szCs w:val="21"/>
                <w:lang w:val="de-DE"/>
              </w:rPr>
            </w:pPr>
          </w:p>
        </w:tc>
      </w:tr>
      <w:tr w:rsidR="004B432C" w:rsidRPr="00055C4F" w14:paraId="1B1A54BA"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53029C1" w14:textId="77777777" w:rsidR="004B432C" w:rsidRPr="00055C4F" w:rsidRDefault="00C03C5F">
            <w:pPr>
              <w:spacing w:after="0"/>
              <w:jc w:val="center"/>
              <w:rPr>
                <w:sz w:val="20"/>
                <w:szCs w:val="21"/>
                <w:lang w:val="de-DE"/>
              </w:rPr>
            </w:pPr>
            <w:r w:rsidRPr="00055C4F">
              <w:rPr>
                <w:color w:val="5C6B60"/>
                <w:sz w:val="14"/>
                <w:szCs w:val="21"/>
                <w:lang w:val="de-DE"/>
              </w:rPr>
              <w:t>8</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3BEA57C"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3DF4DC2"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8B6B86F"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4CE5391"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A68A1F6" w14:textId="77777777" w:rsidR="004B432C" w:rsidRPr="00055C4F" w:rsidRDefault="004B432C">
            <w:pPr>
              <w:spacing w:after="0"/>
              <w:rPr>
                <w:sz w:val="20"/>
                <w:szCs w:val="21"/>
                <w:lang w:val="de-DE"/>
              </w:rPr>
            </w:pPr>
          </w:p>
        </w:tc>
      </w:tr>
      <w:tr w:rsidR="004B432C" w:rsidRPr="00055C4F" w14:paraId="7C5AB988"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C312EDF" w14:textId="77777777" w:rsidR="004B432C" w:rsidRPr="00055C4F" w:rsidRDefault="00C03C5F">
            <w:pPr>
              <w:spacing w:after="0"/>
              <w:jc w:val="center"/>
              <w:rPr>
                <w:sz w:val="20"/>
                <w:szCs w:val="21"/>
                <w:lang w:val="de-DE"/>
              </w:rPr>
            </w:pPr>
            <w:r w:rsidRPr="00055C4F">
              <w:rPr>
                <w:color w:val="5C6B60"/>
                <w:sz w:val="14"/>
                <w:szCs w:val="21"/>
                <w:lang w:val="de-DE"/>
              </w:rPr>
              <w:t>9</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5E00FE7"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FCF0A86"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4D3AF51"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7F97AD5"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8EA375C" w14:textId="77777777" w:rsidR="004B432C" w:rsidRPr="00055C4F" w:rsidRDefault="004B432C">
            <w:pPr>
              <w:spacing w:after="0"/>
              <w:rPr>
                <w:sz w:val="20"/>
                <w:szCs w:val="21"/>
                <w:lang w:val="de-DE"/>
              </w:rPr>
            </w:pPr>
          </w:p>
        </w:tc>
      </w:tr>
      <w:tr w:rsidR="004B432C" w:rsidRPr="00055C4F" w14:paraId="2BCC3BBA"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F8C92F0" w14:textId="77777777" w:rsidR="004B432C" w:rsidRPr="00055C4F" w:rsidRDefault="00C03C5F">
            <w:pPr>
              <w:spacing w:after="0"/>
              <w:jc w:val="center"/>
              <w:rPr>
                <w:sz w:val="20"/>
                <w:szCs w:val="21"/>
                <w:lang w:val="de-DE"/>
              </w:rPr>
            </w:pPr>
            <w:r w:rsidRPr="00055C4F">
              <w:rPr>
                <w:color w:val="5C6B60"/>
                <w:sz w:val="14"/>
                <w:szCs w:val="21"/>
                <w:lang w:val="de-DE"/>
              </w:rPr>
              <w:t>10</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EEDD6D5"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5577475"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71B867F"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6036F63"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CD4D3C0" w14:textId="77777777" w:rsidR="004B432C" w:rsidRPr="00055C4F" w:rsidRDefault="004B432C">
            <w:pPr>
              <w:spacing w:after="0"/>
              <w:rPr>
                <w:sz w:val="20"/>
                <w:szCs w:val="21"/>
                <w:lang w:val="de-DE"/>
              </w:rPr>
            </w:pPr>
          </w:p>
        </w:tc>
      </w:tr>
      <w:tr w:rsidR="004B432C" w:rsidRPr="00055C4F" w14:paraId="72199EF1"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51C1347" w14:textId="77777777" w:rsidR="004B432C" w:rsidRPr="00055C4F" w:rsidRDefault="00C03C5F">
            <w:pPr>
              <w:spacing w:after="0"/>
              <w:jc w:val="center"/>
              <w:rPr>
                <w:sz w:val="20"/>
                <w:szCs w:val="21"/>
                <w:lang w:val="de-DE"/>
              </w:rPr>
            </w:pPr>
            <w:r w:rsidRPr="00055C4F">
              <w:rPr>
                <w:color w:val="5C6B60"/>
                <w:sz w:val="14"/>
                <w:szCs w:val="21"/>
                <w:lang w:val="de-DE"/>
              </w:rPr>
              <w:t>11</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11C7A4A"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C8C2726"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7C6B479"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D064D5D"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5D2C699" w14:textId="77777777" w:rsidR="004B432C" w:rsidRPr="00055C4F" w:rsidRDefault="004B432C">
            <w:pPr>
              <w:spacing w:after="0"/>
              <w:rPr>
                <w:sz w:val="20"/>
                <w:szCs w:val="21"/>
                <w:lang w:val="de-DE"/>
              </w:rPr>
            </w:pPr>
          </w:p>
        </w:tc>
      </w:tr>
      <w:tr w:rsidR="004B432C" w:rsidRPr="00055C4F" w14:paraId="41764426"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BF368B4" w14:textId="77777777" w:rsidR="004B432C" w:rsidRPr="00055C4F" w:rsidRDefault="00C03C5F">
            <w:pPr>
              <w:spacing w:after="0"/>
              <w:jc w:val="center"/>
              <w:rPr>
                <w:sz w:val="20"/>
                <w:szCs w:val="21"/>
                <w:lang w:val="de-DE"/>
              </w:rPr>
            </w:pPr>
            <w:r w:rsidRPr="00055C4F">
              <w:rPr>
                <w:color w:val="5C6B60"/>
                <w:sz w:val="14"/>
                <w:szCs w:val="21"/>
                <w:lang w:val="de-DE"/>
              </w:rPr>
              <w:t>12</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404A3A0"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105E99F"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AE050F4"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A8E7276"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5CA0031" w14:textId="77777777" w:rsidR="004B432C" w:rsidRPr="00055C4F" w:rsidRDefault="004B432C">
            <w:pPr>
              <w:spacing w:after="0"/>
              <w:rPr>
                <w:sz w:val="20"/>
                <w:szCs w:val="21"/>
                <w:lang w:val="de-DE"/>
              </w:rPr>
            </w:pPr>
          </w:p>
        </w:tc>
      </w:tr>
    </w:tbl>
    <w:p w14:paraId="7121324E" w14:textId="77777777" w:rsidR="004B432C" w:rsidRPr="00055C4F" w:rsidRDefault="00C03C5F">
      <w:pPr>
        <w:spacing w:after="0"/>
        <w:rPr>
          <w:sz w:val="20"/>
          <w:szCs w:val="21"/>
          <w:lang w:val="de-DE"/>
        </w:rPr>
      </w:pPr>
      <w:r w:rsidRPr="00055C4F">
        <w:rPr>
          <w:color w:val="5C6B60"/>
          <w:sz w:val="13"/>
          <w:szCs w:val="21"/>
          <w:lang w:val="de-DE"/>
        </w:rPr>
        <w:t>Datenschutzhinweis: Die Angaben werden ausschließlich für diese Petition gesammelt und nicht öffentlich ins Internet gestellt. Bitte Listen geschützt aufbewahren.</w:t>
      </w:r>
    </w:p>
    <w:p w14:paraId="2193C5A3" w14:textId="77777777" w:rsidR="004B432C" w:rsidRPr="00055C4F" w:rsidRDefault="00C03C5F">
      <w:pPr>
        <w:spacing w:after="0"/>
        <w:rPr>
          <w:sz w:val="20"/>
          <w:szCs w:val="21"/>
          <w:lang w:val="de-DE"/>
        </w:rPr>
      </w:pPr>
      <w:r w:rsidRPr="00055C4F">
        <w:rPr>
          <w:color w:val="5C6B60"/>
          <w:sz w:val="13"/>
          <w:szCs w:val="21"/>
          <w:lang w:val="de-DE"/>
        </w:rPr>
        <w:t>Blatt 1 · Website: https://flechtinger-hoehenzug.de · Kontakt: initiative@flechtinger-hoehenzug.de</w:t>
      </w:r>
    </w:p>
    <w:p w14:paraId="3D11B5E3" w14:textId="77777777" w:rsidR="004B432C" w:rsidRPr="00055C4F" w:rsidRDefault="00C03C5F">
      <w:pPr>
        <w:rPr>
          <w:sz w:val="20"/>
          <w:szCs w:val="21"/>
          <w:lang w:val="de-DE"/>
        </w:rPr>
      </w:pPr>
      <w:r w:rsidRPr="00055C4F">
        <w:rPr>
          <w:sz w:val="20"/>
          <w:szCs w:val="21"/>
          <w:lang w:val="de-DE"/>
        </w:rPr>
        <w:br w:type="page"/>
      </w:r>
    </w:p>
    <w:p w14:paraId="6B7B9DBA" w14:textId="77777777" w:rsidR="004B432C" w:rsidRPr="00055C4F" w:rsidRDefault="00C03C5F">
      <w:pPr>
        <w:spacing w:after="40"/>
        <w:rPr>
          <w:sz w:val="20"/>
          <w:szCs w:val="21"/>
          <w:lang w:val="de-DE"/>
        </w:rPr>
      </w:pPr>
      <w:r w:rsidRPr="00055C4F">
        <w:rPr>
          <w:b/>
          <w:color w:val="2F5D3F"/>
          <w:sz w:val="24"/>
          <w:szCs w:val="21"/>
          <w:lang w:val="de-DE"/>
        </w:rPr>
        <w:lastRenderedPageBreak/>
        <w:t>Unterschriftenliste zur Petition: Flechtinger Höhenzug schützen – Windpark Altenhausen kritisch prüfen</w:t>
      </w:r>
    </w:p>
    <w:p w14:paraId="005EE7BA" w14:textId="77777777" w:rsidR="004B432C" w:rsidRPr="00055C4F" w:rsidRDefault="00C03C5F">
      <w:pPr>
        <w:spacing w:after="80"/>
        <w:rPr>
          <w:color w:val="23302A"/>
          <w:sz w:val="16"/>
          <w:szCs w:val="21"/>
          <w:lang w:val="de-DE"/>
        </w:rPr>
      </w:pPr>
      <w:r w:rsidRPr="00055C4F">
        <w:rPr>
          <w:color w:val="23302A"/>
          <w:sz w:val="16"/>
          <w:szCs w:val="21"/>
          <w:lang w:val="de-DE"/>
        </w:rPr>
        <w:t>Mit meiner Unterschrift unterstütze ich Transparenz, Alternativenprüfung und wirksame Bürgerbeteiligung beim geplanten Windpark Altenhausen / Flechtinger Höhenzug.</w:t>
      </w:r>
    </w:p>
    <w:p w14:paraId="74068127" w14:textId="77777777" w:rsidR="00F020AC" w:rsidRPr="00055C4F" w:rsidRDefault="00F020AC">
      <w:pPr>
        <w:spacing w:after="80"/>
        <w:rPr>
          <w:sz w:val="20"/>
          <w:szCs w:val="21"/>
          <w:lang w:val="de-DE"/>
        </w:rPr>
      </w:pPr>
    </w:p>
    <w:tbl>
      <w:tblPr>
        <w:tblW w:w="5000" w:type="pct"/>
        <w:jc w:val="center"/>
        <w:tblLook w:val="04A0" w:firstRow="1" w:lastRow="0" w:firstColumn="1" w:lastColumn="0" w:noHBand="0" w:noVBand="1"/>
      </w:tblPr>
      <w:tblGrid>
        <w:gridCol w:w="700"/>
        <w:gridCol w:w="2871"/>
        <w:gridCol w:w="4062"/>
        <w:gridCol w:w="2241"/>
        <w:gridCol w:w="3292"/>
        <w:gridCol w:w="1540"/>
      </w:tblGrid>
      <w:tr w:rsidR="004B432C" w:rsidRPr="00055C4F" w14:paraId="1D6931BB" w14:textId="77777777">
        <w:trPr>
          <w:jc w:val="center"/>
        </w:trPr>
        <w:tc>
          <w:tcPr>
            <w:tcW w:w="567" w:type="dxa"/>
            <w:shd w:val="clear" w:color="auto" w:fill="2F5D3F"/>
            <w:tcMar>
              <w:top w:w="80" w:type="dxa"/>
              <w:left w:w="70" w:type="dxa"/>
              <w:bottom w:w="80" w:type="dxa"/>
              <w:right w:w="70" w:type="dxa"/>
            </w:tcMar>
            <w:vAlign w:val="center"/>
          </w:tcPr>
          <w:p w14:paraId="53EC877C" w14:textId="77777777" w:rsidR="004B432C" w:rsidRPr="00055C4F" w:rsidRDefault="00C03C5F">
            <w:pPr>
              <w:jc w:val="center"/>
              <w:rPr>
                <w:sz w:val="20"/>
                <w:szCs w:val="21"/>
                <w:lang w:val="de-DE"/>
              </w:rPr>
            </w:pPr>
            <w:r w:rsidRPr="00055C4F">
              <w:rPr>
                <w:b/>
                <w:color w:val="FFFFFF"/>
                <w:sz w:val="16"/>
                <w:szCs w:val="21"/>
                <w:lang w:val="de-DE"/>
              </w:rPr>
              <w:t>Nr.</w:t>
            </w:r>
          </w:p>
        </w:tc>
        <w:tc>
          <w:tcPr>
            <w:tcW w:w="2324" w:type="dxa"/>
            <w:shd w:val="clear" w:color="auto" w:fill="2F5D3F"/>
            <w:tcMar>
              <w:top w:w="80" w:type="dxa"/>
              <w:left w:w="70" w:type="dxa"/>
              <w:bottom w:w="80" w:type="dxa"/>
              <w:right w:w="70" w:type="dxa"/>
            </w:tcMar>
            <w:vAlign w:val="center"/>
          </w:tcPr>
          <w:p w14:paraId="341693BD" w14:textId="77777777" w:rsidR="004B432C" w:rsidRPr="00055C4F" w:rsidRDefault="00C03C5F">
            <w:pPr>
              <w:jc w:val="center"/>
              <w:rPr>
                <w:sz w:val="20"/>
                <w:szCs w:val="21"/>
                <w:lang w:val="de-DE"/>
              </w:rPr>
            </w:pPr>
            <w:r w:rsidRPr="00055C4F">
              <w:rPr>
                <w:b/>
                <w:color w:val="FFFFFF"/>
                <w:sz w:val="16"/>
                <w:szCs w:val="21"/>
                <w:lang w:val="de-DE"/>
              </w:rPr>
              <w:t>Name, Vorname</w:t>
            </w:r>
          </w:p>
        </w:tc>
        <w:tc>
          <w:tcPr>
            <w:tcW w:w="3288" w:type="dxa"/>
            <w:shd w:val="clear" w:color="auto" w:fill="2F5D3F"/>
            <w:tcMar>
              <w:top w:w="80" w:type="dxa"/>
              <w:left w:w="70" w:type="dxa"/>
              <w:bottom w:w="80" w:type="dxa"/>
              <w:right w:w="70" w:type="dxa"/>
            </w:tcMar>
            <w:vAlign w:val="center"/>
          </w:tcPr>
          <w:p w14:paraId="612E8CE7" w14:textId="77777777" w:rsidR="004B432C" w:rsidRPr="00055C4F" w:rsidRDefault="00C03C5F">
            <w:pPr>
              <w:jc w:val="center"/>
              <w:rPr>
                <w:sz w:val="20"/>
                <w:szCs w:val="21"/>
                <w:lang w:val="de-DE"/>
              </w:rPr>
            </w:pPr>
            <w:r w:rsidRPr="00055C4F">
              <w:rPr>
                <w:b/>
                <w:color w:val="FFFFFF"/>
                <w:sz w:val="16"/>
                <w:szCs w:val="21"/>
                <w:lang w:val="de-DE"/>
              </w:rPr>
              <w:t>Adresse oder Ortsteil</w:t>
            </w:r>
          </w:p>
        </w:tc>
        <w:tc>
          <w:tcPr>
            <w:tcW w:w="1814" w:type="dxa"/>
            <w:shd w:val="clear" w:color="auto" w:fill="2F5D3F"/>
            <w:tcMar>
              <w:top w:w="80" w:type="dxa"/>
              <w:left w:w="70" w:type="dxa"/>
              <w:bottom w:w="80" w:type="dxa"/>
              <w:right w:w="70" w:type="dxa"/>
            </w:tcMar>
            <w:vAlign w:val="center"/>
          </w:tcPr>
          <w:p w14:paraId="51E0728D" w14:textId="77777777" w:rsidR="004B432C" w:rsidRPr="00055C4F" w:rsidRDefault="00C03C5F">
            <w:pPr>
              <w:jc w:val="center"/>
              <w:rPr>
                <w:sz w:val="20"/>
                <w:szCs w:val="21"/>
                <w:lang w:val="de-DE"/>
              </w:rPr>
            </w:pPr>
            <w:r w:rsidRPr="00055C4F">
              <w:rPr>
                <w:b/>
                <w:color w:val="FFFFFF"/>
                <w:sz w:val="16"/>
                <w:szCs w:val="21"/>
                <w:lang w:val="de-DE"/>
              </w:rPr>
              <w:t>Datum</w:t>
            </w:r>
          </w:p>
        </w:tc>
        <w:tc>
          <w:tcPr>
            <w:tcW w:w="2665" w:type="dxa"/>
            <w:shd w:val="clear" w:color="auto" w:fill="2F5D3F"/>
            <w:tcMar>
              <w:top w:w="80" w:type="dxa"/>
              <w:left w:w="70" w:type="dxa"/>
              <w:bottom w:w="80" w:type="dxa"/>
              <w:right w:w="70" w:type="dxa"/>
            </w:tcMar>
            <w:vAlign w:val="center"/>
          </w:tcPr>
          <w:p w14:paraId="2A9775FF" w14:textId="77777777" w:rsidR="004B432C" w:rsidRPr="00055C4F" w:rsidRDefault="00C03C5F">
            <w:pPr>
              <w:jc w:val="center"/>
              <w:rPr>
                <w:sz w:val="20"/>
                <w:szCs w:val="21"/>
                <w:lang w:val="de-DE"/>
              </w:rPr>
            </w:pPr>
            <w:r w:rsidRPr="00055C4F">
              <w:rPr>
                <w:b/>
                <w:color w:val="FFFFFF"/>
                <w:sz w:val="16"/>
                <w:szCs w:val="21"/>
                <w:lang w:val="de-DE"/>
              </w:rPr>
              <w:t>Unterschrift</w:t>
            </w:r>
          </w:p>
        </w:tc>
        <w:tc>
          <w:tcPr>
            <w:tcW w:w="1247" w:type="dxa"/>
            <w:shd w:val="clear" w:color="auto" w:fill="2F5D3F"/>
            <w:tcMar>
              <w:top w:w="80" w:type="dxa"/>
              <w:left w:w="70" w:type="dxa"/>
              <w:bottom w:w="80" w:type="dxa"/>
              <w:right w:w="70" w:type="dxa"/>
            </w:tcMar>
            <w:vAlign w:val="center"/>
          </w:tcPr>
          <w:p w14:paraId="0F968B43" w14:textId="77777777" w:rsidR="004B432C" w:rsidRPr="00055C4F" w:rsidRDefault="00C03C5F">
            <w:pPr>
              <w:jc w:val="center"/>
              <w:rPr>
                <w:sz w:val="20"/>
                <w:szCs w:val="21"/>
                <w:lang w:val="de-DE"/>
              </w:rPr>
            </w:pPr>
            <w:r w:rsidRPr="00055C4F">
              <w:rPr>
                <w:b/>
                <w:color w:val="FFFFFF"/>
                <w:sz w:val="16"/>
                <w:szCs w:val="21"/>
                <w:lang w:val="de-DE"/>
              </w:rPr>
              <w:t>Bemerkung optional</w:t>
            </w:r>
          </w:p>
        </w:tc>
      </w:tr>
      <w:tr w:rsidR="004B432C" w:rsidRPr="00055C4F" w14:paraId="39C6B102"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7A582BC" w14:textId="77777777" w:rsidR="004B432C" w:rsidRPr="00055C4F" w:rsidRDefault="00C03C5F">
            <w:pPr>
              <w:spacing w:after="0"/>
              <w:jc w:val="center"/>
              <w:rPr>
                <w:sz w:val="20"/>
                <w:szCs w:val="21"/>
                <w:lang w:val="de-DE"/>
              </w:rPr>
            </w:pPr>
            <w:r w:rsidRPr="00055C4F">
              <w:rPr>
                <w:color w:val="5C6B60"/>
                <w:sz w:val="14"/>
                <w:szCs w:val="21"/>
                <w:lang w:val="de-DE"/>
              </w:rPr>
              <w:t>13</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3956227"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4E355AD"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05A89B7"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C621056"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919B1CD" w14:textId="77777777" w:rsidR="004B432C" w:rsidRPr="00055C4F" w:rsidRDefault="004B432C">
            <w:pPr>
              <w:spacing w:after="0"/>
              <w:rPr>
                <w:sz w:val="20"/>
                <w:szCs w:val="21"/>
                <w:lang w:val="de-DE"/>
              </w:rPr>
            </w:pPr>
          </w:p>
        </w:tc>
      </w:tr>
      <w:tr w:rsidR="004B432C" w:rsidRPr="00055C4F" w14:paraId="40EB5CE5"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68161A9" w14:textId="77777777" w:rsidR="004B432C" w:rsidRPr="00055C4F" w:rsidRDefault="00C03C5F">
            <w:pPr>
              <w:spacing w:after="0"/>
              <w:jc w:val="center"/>
              <w:rPr>
                <w:sz w:val="20"/>
                <w:szCs w:val="21"/>
                <w:lang w:val="de-DE"/>
              </w:rPr>
            </w:pPr>
            <w:r w:rsidRPr="00055C4F">
              <w:rPr>
                <w:color w:val="5C6B60"/>
                <w:sz w:val="14"/>
                <w:szCs w:val="21"/>
                <w:lang w:val="de-DE"/>
              </w:rPr>
              <w:t>14</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C8C5241"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E3C7ADB"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141E51F"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7FFADA1"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6B4CB62" w14:textId="77777777" w:rsidR="004B432C" w:rsidRPr="00055C4F" w:rsidRDefault="004B432C">
            <w:pPr>
              <w:spacing w:after="0"/>
              <w:rPr>
                <w:sz w:val="20"/>
                <w:szCs w:val="21"/>
                <w:lang w:val="de-DE"/>
              </w:rPr>
            </w:pPr>
          </w:p>
        </w:tc>
      </w:tr>
      <w:tr w:rsidR="004B432C" w:rsidRPr="00055C4F" w14:paraId="25CF65AF"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057A56B" w14:textId="77777777" w:rsidR="004B432C" w:rsidRPr="00055C4F" w:rsidRDefault="00C03C5F">
            <w:pPr>
              <w:spacing w:after="0"/>
              <w:jc w:val="center"/>
              <w:rPr>
                <w:sz w:val="20"/>
                <w:szCs w:val="21"/>
                <w:lang w:val="de-DE"/>
              </w:rPr>
            </w:pPr>
            <w:r w:rsidRPr="00055C4F">
              <w:rPr>
                <w:color w:val="5C6B60"/>
                <w:sz w:val="14"/>
                <w:szCs w:val="21"/>
                <w:lang w:val="de-DE"/>
              </w:rPr>
              <w:t>15</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D71C6BF"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0E27529"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AB595B0"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33C5B13"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D7ED573" w14:textId="77777777" w:rsidR="004B432C" w:rsidRPr="00055C4F" w:rsidRDefault="004B432C">
            <w:pPr>
              <w:spacing w:after="0"/>
              <w:rPr>
                <w:sz w:val="20"/>
                <w:szCs w:val="21"/>
                <w:lang w:val="de-DE"/>
              </w:rPr>
            </w:pPr>
          </w:p>
        </w:tc>
      </w:tr>
      <w:tr w:rsidR="004B432C" w:rsidRPr="00055C4F" w14:paraId="5951A226"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07CBA4D" w14:textId="77777777" w:rsidR="004B432C" w:rsidRPr="00055C4F" w:rsidRDefault="00C03C5F">
            <w:pPr>
              <w:spacing w:after="0"/>
              <w:jc w:val="center"/>
              <w:rPr>
                <w:sz w:val="20"/>
                <w:szCs w:val="21"/>
                <w:lang w:val="de-DE"/>
              </w:rPr>
            </w:pPr>
            <w:r w:rsidRPr="00055C4F">
              <w:rPr>
                <w:color w:val="5C6B60"/>
                <w:sz w:val="14"/>
                <w:szCs w:val="21"/>
                <w:lang w:val="de-DE"/>
              </w:rPr>
              <w:t>16</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C03D9A3"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AC12EDC"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02F9673"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CAB7C2B"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9C72E8D" w14:textId="77777777" w:rsidR="004B432C" w:rsidRPr="00055C4F" w:rsidRDefault="004B432C">
            <w:pPr>
              <w:spacing w:after="0"/>
              <w:rPr>
                <w:sz w:val="20"/>
                <w:szCs w:val="21"/>
                <w:lang w:val="de-DE"/>
              </w:rPr>
            </w:pPr>
          </w:p>
        </w:tc>
      </w:tr>
      <w:tr w:rsidR="004B432C" w:rsidRPr="00055C4F" w14:paraId="2564883A"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BC67E39" w14:textId="77777777" w:rsidR="004B432C" w:rsidRPr="00055C4F" w:rsidRDefault="00C03C5F">
            <w:pPr>
              <w:spacing w:after="0"/>
              <w:jc w:val="center"/>
              <w:rPr>
                <w:sz w:val="20"/>
                <w:szCs w:val="21"/>
                <w:lang w:val="de-DE"/>
              </w:rPr>
            </w:pPr>
            <w:r w:rsidRPr="00055C4F">
              <w:rPr>
                <w:color w:val="5C6B60"/>
                <w:sz w:val="14"/>
                <w:szCs w:val="21"/>
                <w:lang w:val="de-DE"/>
              </w:rPr>
              <w:t>17</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8E51231"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6F7D891"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D3BE267"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D697E4F"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31F5DF6" w14:textId="77777777" w:rsidR="004B432C" w:rsidRPr="00055C4F" w:rsidRDefault="004B432C">
            <w:pPr>
              <w:spacing w:after="0"/>
              <w:rPr>
                <w:sz w:val="20"/>
                <w:szCs w:val="21"/>
                <w:lang w:val="de-DE"/>
              </w:rPr>
            </w:pPr>
          </w:p>
        </w:tc>
      </w:tr>
      <w:tr w:rsidR="004B432C" w:rsidRPr="00055C4F" w14:paraId="65CF3365"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CCAD517" w14:textId="77777777" w:rsidR="004B432C" w:rsidRPr="00055C4F" w:rsidRDefault="00C03C5F">
            <w:pPr>
              <w:spacing w:after="0"/>
              <w:jc w:val="center"/>
              <w:rPr>
                <w:sz w:val="20"/>
                <w:szCs w:val="21"/>
                <w:lang w:val="de-DE"/>
              </w:rPr>
            </w:pPr>
            <w:r w:rsidRPr="00055C4F">
              <w:rPr>
                <w:color w:val="5C6B60"/>
                <w:sz w:val="14"/>
                <w:szCs w:val="21"/>
                <w:lang w:val="de-DE"/>
              </w:rPr>
              <w:t>18</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C5D99CA"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DE1AA55"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5505172"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5518910"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403EE06" w14:textId="77777777" w:rsidR="004B432C" w:rsidRPr="00055C4F" w:rsidRDefault="004B432C">
            <w:pPr>
              <w:spacing w:after="0"/>
              <w:rPr>
                <w:sz w:val="20"/>
                <w:szCs w:val="21"/>
                <w:lang w:val="de-DE"/>
              </w:rPr>
            </w:pPr>
          </w:p>
        </w:tc>
      </w:tr>
      <w:tr w:rsidR="004B432C" w:rsidRPr="00055C4F" w14:paraId="31F96261"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8F39403" w14:textId="77777777" w:rsidR="004B432C" w:rsidRPr="00055C4F" w:rsidRDefault="00C03C5F">
            <w:pPr>
              <w:spacing w:after="0"/>
              <w:jc w:val="center"/>
              <w:rPr>
                <w:sz w:val="20"/>
                <w:szCs w:val="21"/>
                <w:lang w:val="de-DE"/>
              </w:rPr>
            </w:pPr>
            <w:r w:rsidRPr="00055C4F">
              <w:rPr>
                <w:color w:val="5C6B60"/>
                <w:sz w:val="14"/>
                <w:szCs w:val="21"/>
                <w:lang w:val="de-DE"/>
              </w:rPr>
              <w:t>19</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3822DA1"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41D3A9B"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05DF9DD"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0477DE8"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1B61967" w14:textId="77777777" w:rsidR="004B432C" w:rsidRPr="00055C4F" w:rsidRDefault="004B432C">
            <w:pPr>
              <w:spacing w:after="0"/>
              <w:rPr>
                <w:sz w:val="20"/>
                <w:szCs w:val="21"/>
                <w:lang w:val="de-DE"/>
              </w:rPr>
            </w:pPr>
          </w:p>
        </w:tc>
      </w:tr>
      <w:tr w:rsidR="004B432C" w:rsidRPr="00055C4F" w14:paraId="3E25BDCB"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73FF489" w14:textId="77777777" w:rsidR="004B432C" w:rsidRPr="00055C4F" w:rsidRDefault="00C03C5F">
            <w:pPr>
              <w:spacing w:after="0"/>
              <w:jc w:val="center"/>
              <w:rPr>
                <w:sz w:val="20"/>
                <w:szCs w:val="21"/>
                <w:lang w:val="de-DE"/>
              </w:rPr>
            </w:pPr>
            <w:r w:rsidRPr="00055C4F">
              <w:rPr>
                <w:color w:val="5C6B60"/>
                <w:sz w:val="14"/>
                <w:szCs w:val="21"/>
                <w:lang w:val="de-DE"/>
              </w:rPr>
              <w:t>20</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B9508AD"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F7ADE0B"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7A515F3"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347EFD5"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9C88F14" w14:textId="77777777" w:rsidR="004B432C" w:rsidRPr="00055C4F" w:rsidRDefault="004B432C">
            <w:pPr>
              <w:spacing w:after="0"/>
              <w:rPr>
                <w:sz w:val="20"/>
                <w:szCs w:val="21"/>
                <w:lang w:val="de-DE"/>
              </w:rPr>
            </w:pPr>
          </w:p>
        </w:tc>
      </w:tr>
      <w:tr w:rsidR="004B432C" w:rsidRPr="00055C4F" w14:paraId="7CD43C4E"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8EEF22E" w14:textId="77777777" w:rsidR="004B432C" w:rsidRPr="00055C4F" w:rsidRDefault="00C03C5F">
            <w:pPr>
              <w:spacing w:after="0"/>
              <w:jc w:val="center"/>
              <w:rPr>
                <w:sz w:val="20"/>
                <w:szCs w:val="21"/>
                <w:lang w:val="de-DE"/>
              </w:rPr>
            </w:pPr>
            <w:r w:rsidRPr="00055C4F">
              <w:rPr>
                <w:color w:val="5C6B60"/>
                <w:sz w:val="14"/>
                <w:szCs w:val="21"/>
                <w:lang w:val="de-DE"/>
              </w:rPr>
              <w:t>21</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1CDBBF6"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CB07967"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92E1E43"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94BD2DF"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CE58962" w14:textId="77777777" w:rsidR="004B432C" w:rsidRPr="00055C4F" w:rsidRDefault="004B432C">
            <w:pPr>
              <w:spacing w:after="0"/>
              <w:rPr>
                <w:sz w:val="20"/>
                <w:szCs w:val="21"/>
                <w:lang w:val="de-DE"/>
              </w:rPr>
            </w:pPr>
          </w:p>
        </w:tc>
      </w:tr>
      <w:tr w:rsidR="004B432C" w:rsidRPr="00055C4F" w14:paraId="5B6BAF6F"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51A7604" w14:textId="77777777" w:rsidR="004B432C" w:rsidRPr="00055C4F" w:rsidRDefault="00C03C5F">
            <w:pPr>
              <w:spacing w:after="0"/>
              <w:jc w:val="center"/>
              <w:rPr>
                <w:sz w:val="20"/>
                <w:szCs w:val="21"/>
                <w:lang w:val="de-DE"/>
              </w:rPr>
            </w:pPr>
            <w:r w:rsidRPr="00055C4F">
              <w:rPr>
                <w:color w:val="5C6B60"/>
                <w:sz w:val="14"/>
                <w:szCs w:val="21"/>
                <w:lang w:val="de-DE"/>
              </w:rPr>
              <w:t>22</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32E770F"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89A3ACF"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FCF1886"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6ECBA4C"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2B3EBD8" w14:textId="77777777" w:rsidR="004B432C" w:rsidRPr="00055C4F" w:rsidRDefault="004B432C">
            <w:pPr>
              <w:spacing w:after="0"/>
              <w:rPr>
                <w:sz w:val="20"/>
                <w:szCs w:val="21"/>
                <w:lang w:val="de-DE"/>
              </w:rPr>
            </w:pPr>
          </w:p>
        </w:tc>
      </w:tr>
      <w:tr w:rsidR="004B432C" w:rsidRPr="00055C4F" w14:paraId="45AC7933"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D3619BA" w14:textId="77777777" w:rsidR="004B432C" w:rsidRPr="00055C4F" w:rsidRDefault="00C03C5F">
            <w:pPr>
              <w:spacing w:after="0"/>
              <w:jc w:val="center"/>
              <w:rPr>
                <w:sz w:val="20"/>
                <w:szCs w:val="21"/>
                <w:lang w:val="de-DE"/>
              </w:rPr>
            </w:pPr>
            <w:r w:rsidRPr="00055C4F">
              <w:rPr>
                <w:color w:val="5C6B60"/>
                <w:sz w:val="14"/>
                <w:szCs w:val="21"/>
                <w:lang w:val="de-DE"/>
              </w:rPr>
              <w:t>23</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F85DDB2"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D96C96F"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CBA8402"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A673503"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469B0B2" w14:textId="77777777" w:rsidR="004B432C" w:rsidRPr="00055C4F" w:rsidRDefault="004B432C">
            <w:pPr>
              <w:spacing w:after="0"/>
              <w:rPr>
                <w:sz w:val="20"/>
                <w:szCs w:val="21"/>
                <w:lang w:val="de-DE"/>
              </w:rPr>
            </w:pPr>
          </w:p>
        </w:tc>
      </w:tr>
      <w:tr w:rsidR="004B432C" w:rsidRPr="00055C4F" w14:paraId="4161C5F6"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4B27FE2" w14:textId="77777777" w:rsidR="004B432C" w:rsidRPr="00055C4F" w:rsidRDefault="00C03C5F">
            <w:pPr>
              <w:spacing w:after="0"/>
              <w:jc w:val="center"/>
              <w:rPr>
                <w:sz w:val="20"/>
                <w:szCs w:val="21"/>
                <w:lang w:val="de-DE"/>
              </w:rPr>
            </w:pPr>
            <w:r w:rsidRPr="00055C4F">
              <w:rPr>
                <w:color w:val="5C6B60"/>
                <w:sz w:val="14"/>
                <w:szCs w:val="21"/>
                <w:lang w:val="de-DE"/>
              </w:rPr>
              <w:t>24</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EE0B939"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E2E9B6C"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D0D3E4B"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01BCF11"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5E3708E" w14:textId="77777777" w:rsidR="004B432C" w:rsidRPr="00055C4F" w:rsidRDefault="004B432C">
            <w:pPr>
              <w:spacing w:after="0"/>
              <w:rPr>
                <w:sz w:val="20"/>
                <w:szCs w:val="21"/>
                <w:lang w:val="de-DE"/>
              </w:rPr>
            </w:pPr>
          </w:p>
        </w:tc>
      </w:tr>
    </w:tbl>
    <w:p w14:paraId="5EF45671" w14:textId="77777777" w:rsidR="004B432C" w:rsidRPr="00055C4F" w:rsidRDefault="00C03C5F">
      <w:pPr>
        <w:spacing w:after="0"/>
        <w:rPr>
          <w:sz w:val="20"/>
          <w:szCs w:val="21"/>
          <w:lang w:val="de-DE"/>
        </w:rPr>
      </w:pPr>
      <w:r w:rsidRPr="00055C4F">
        <w:rPr>
          <w:color w:val="5C6B60"/>
          <w:sz w:val="13"/>
          <w:szCs w:val="21"/>
          <w:lang w:val="de-DE"/>
        </w:rPr>
        <w:t>Datenschutzhinweis: Die Angaben werden ausschließlich für diese Petition gesammelt und nicht öffentlich ins Internet gestellt. Bitte Listen geschützt aufbewahren.</w:t>
      </w:r>
    </w:p>
    <w:p w14:paraId="5EA5125A" w14:textId="77777777" w:rsidR="004B432C" w:rsidRPr="00055C4F" w:rsidRDefault="00C03C5F">
      <w:pPr>
        <w:spacing w:after="0"/>
        <w:rPr>
          <w:sz w:val="20"/>
          <w:szCs w:val="21"/>
          <w:lang w:val="de-DE"/>
        </w:rPr>
      </w:pPr>
      <w:r w:rsidRPr="00055C4F">
        <w:rPr>
          <w:color w:val="5C6B60"/>
          <w:sz w:val="13"/>
          <w:szCs w:val="21"/>
          <w:lang w:val="de-DE"/>
        </w:rPr>
        <w:t>Blatt 2 · Website: https://flechtinger-hoehenzug.de · Kontakt: initiative@flechtinger-hoehenzug.de</w:t>
      </w:r>
    </w:p>
    <w:p w14:paraId="7DBDF6B6" w14:textId="77777777" w:rsidR="004B432C" w:rsidRPr="00055C4F" w:rsidRDefault="00C03C5F">
      <w:pPr>
        <w:rPr>
          <w:sz w:val="20"/>
          <w:szCs w:val="21"/>
          <w:lang w:val="de-DE"/>
        </w:rPr>
      </w:pPr>
      <w:r w:rsidRPr="00055C4F">
        <w:rPr>
          <w:sz w:val="20"/>
          <w:szCs w:val="21"/>
          <w:lang w:val="de-DE"/>
        </w:rPr>
        <w:br w:type="page"/>
      </w:r>
    </w:p>
    <w:p w14:paraId="7BAE9328" w14:textId="77777777" w:rsidR="004B432C" w:rsidRPr="00055C4F" w:rsidRDefault="00C03C5F">
      <w:pPr>
        <w:spacing w:after="40"/>
        <w:rPr>
          <w:sz w:val="20"/>
          <w:szCs w:val="21"/>
          <w:lang w:val="de-DE"/>
        </w:rPr>
      </w:pPr>
      <w:r w:rsidRPr="00055C4F">
        <w:rPr>
          <w:b/>
          <w:color w:val="2F5D3F"/>
          <w:sz w:val="24"/>
          <w:szCs w:val="21"/>
          <w:lang w:val="de-DE"/>
        </w:rPr>
        <w:lastRenderedPageBreak/>
        <w:t>Unterschriftenliste zur Petition: Flechtinger Höhenzug schützen – Windpark Altenhausen kritisch prüfen</w:t>
      </w:r>
    </w:p>
    <w:p w14:paraId="73506D39" w14:textId="77777777" w:rsidR="004B432C" w:rsidRPr="00055C4F" w:rsidRDefault="00C03C5F">
      <w:pPr>
        <w:spacing w:after="80"/>
        <w:rPr>
          <w:color w:val="23302A"/>
          <w:sz w:val="16"/>
          <w:szCs w:val="21"/>
          <w:lang w:val="de-DE"/>
        </w:rPr>
      </w:pPr>
      <w:r w:rsidRPr="00055C4F">
        <w:rPr>
          <w:color w:val="23302A"/>
          <w:sz w:val="16"/>
          <w:szCs w:val="21"/>
          <w:lang w:val="de-DE"/>
        </w:rPr>
        <w:t>Mit meiner Unterschrift unterstütze ich Transparenz, Alternativenprüfung und wirksame Bürgerbeteiligung beim geplanten Windpark Altenhausen / Flechtinger Höhenzug.</w:t>
      </w:r>
    </w:p>
    <w:p w14:paraId="6144FBE0" w14:textId="77777777" w:rsidR="00F020AC" w:rsidRPr="00055C4F" w:rsidRDefault="00F020AC">
      <w:pPr>
        <w:spacing w:after="80"/>
        <w:rPr>
          <w:sz w:val="20"/>
          <w:szCs w:val="21"/>
          <w:lang w:val="de-DE"/>
        </w:rPr>
      </w:pPr>
    </w:p>
    <w:tbl>
      <w:tblPr>
        <w:tblW w:w="5000" w:type="pct"/>
        <w:jc w:val="center"/>
        <w:tblLook w:val="04A0" w:firstRow="1" w:lastRow="0" w:firstColumn="1" w:lastColumn="0" w:noHBand="0" w:noVBand="1"/>
      </w:tblPr>
      <w:tblGrid>
        <w:gridCol w:w="700"/>
        <w:gridCol w:w="2871"/>
        <w:gridCol w:w="4062"/>
        <w:gridCol w:w="2241"/>
        <w:gridCol w:w="3292"/>
        <w:gridCol w:w="1540"/>
      </w:tblGrid>
      <w:tr w:rsidR="004B432C" w:rsidRPr="00055C4F" w14:paraId="3528F092" w14:textId="77777777">
        <w:trPr>
          <w:jc w:val="center"/>
        </w:trPr>
        <w:tc>
          <w:tcPr>
            <w:tcW w:w="567" w:type="dxa"/>
            <w:shd w:val="clear" w:color="auto" w:fill="2F5D3F"/>
            <w:tcMar>
              <w:top w:w="80" w:type="dxa"/>
              <w:left w:w="70" w:type="dxa"/>
              <w:bottom w:w="80" w:type="dxa"/>
              <w:right w:w="70" w:type="dxa"/>
            </w:tcMar>
            <w:vAlign w:val="center"/>
          </w:tcPr>
          <w:p w14:paraId="6F7B221C" w14:textId="77777777" w:rsidR="004B432C" w:rsidRPr="00055C4F" w:rsidRDefault="00C03C5F">
            <w:pPr>
              <w:jc w:val="center"/>
              <w:rPr>
                <w:sz w:val="20"/>
                <w:szCs w:val="21"/>
                <w:lang w:val="de-DE"/>
              </w:rPr>
            </w:pPr>
            <w:r w:rsidRPr="00055C4F">
              <w:rPr>
                <w:b/>
                <w:color w:val="FFFFFF"/>
                <w:sz w:val="16"/>
                <w:szCs w:val="21"/>
                <w:lang w:val="de-DE"/>
              </w:rPr>
              <w:t>Nr.</w:t>
            </w:r>
          </w:p>
        </w:tc>
        <w:tc>
          <w:tcPr>
            <w:tcW w:w="2324" w:type="dxa"/>
            <w:shd w:val="clear" w:color="auto" w:fill="2F5D3F"/>
            <w:tcMar>
              <w:top w:w="80" w:type="dxa"/>
              <w:left w:w="70" w:type="dxa"/>
              <w:bottom w:w="80" w:type="dxa"/>
              <w:right w:w="70" w:type="dxa"/>
            </w:tcMar>
            <w:vAlign w:val="center"/>
          </w:tcPr>
          <w:p w14:paraId="61D8767E" w14:textId="77777777" w:rsidR="004B432C" w:rsidRPr="00055C4F" w:rsidRDefault="00C03C5F">
            <w:pPr>
              <w:jc w:val="center"/>
              <w:rPr>
                <w:sz w:val="20"/>
                <w:szCs w:val="21"/>
                <w:lang w:val="de-DE"/>
              </w:rPr>
            </w:pPr>
            <w:r w:rsidRPr="00055C4F">
              <w:rPr>
                <w:b/>
                <w:color w:val="FFFFFF"/>
                <w:sz w:val="16"/>
                <w:szCs w:val="21"/>
                <w:lang w:val="de-DE"/>
              </w:rPr>
              <w:t>Name, Vorname</w:t>
            </w:r>
          </w:p>
        </w:tc>
        <w:tc>
          <w:tcPr>
            <w:tcW w:w="3288" w:type="dxa"/>
            <w:shd w:val="clear" w:color="auto" w:fill="2F5D3F"/>
            <w:tcMar>
              <w:top w:w="80" w:type="dxa"/>
              <w:left w:w="70" w:type="dxa"/>
              <w:bottom w:w="80" w:type="dxa"/>
              <w:right w:w="70" w:type="dxa"/>
            </w:tcMar>
            <w:vAlign w:val="center"/>
          </w:tcPr>
          <w:p w14:paraId="4846B662" w14:textId="77777777" w:rsidR="004B432C" w:rsidRPr="00055C4F" w:rsidRDefault="00C03C5F">
            <w:pPr>
              <w:jc w:val="center"/>
              <w:rPr>
                <w:sz w:val="20"/>
                <w:szCs w:val="21"/>
                <w:lang w:val="de-DE"/>
              </w:rPr>
            </w:pPr>
            <w:r w:rsidRPr="00055C4F">
              <w:rPr>
                <w:b/>
                <w:color w:val="FFFFFF"/>
                <w:sz w:val="16"/>
                <w:szCs w:val="21"/>
                <w:lang w:val="de-DE"/>
              </w:rPr>
              <w:t>Adresse oder Ortsteil</w:t>
            </w:r>
          </w:p>
        </w:tc>
        <w:tc>
          <w:tcPr>
            <w:tcW w:w="1814" w:type="dxa"/>
            <w:shd w:val="clear" w:color="auto" w:fill="2F5D3F"/>
            <w:tcMar>
              <w:top w:w="80" w:type="dxa"/>
              <w:left w:w="70" w:type="dxa"/>
              <w:bottom w:w="80" w:type="dxa"/>
              <w:right w:w="70" w:type="dxa"/>
            </w:tcMar>
            <w:vAlign w:val="center"/>
          </w:tcPr>
          <w:p w14:paraId="5BCFBC0B" w14:textId="77777777" w:rsidR="004B432C" w:rsidRPr="00055C4F" w:rsidRDefault="00C03C5F">
            <w:pPr>
              <w:jc w:val="center"/>
              <w:rPr>
                <w:sz w:val="20"/>
                <w:szCs w:val="21"/>
                <w:lang w:val="de-DE"/>
              </w:rPr>
            </w:pPr>
            <w:r w:rsidRPr="00055C4F">
              <w:rPr>
                <w:b/>
                <w:color w:val="FFFFFF"/>
                <w:sz w:val="16"/>
                <w:szCs w:val="21"/>
                <w:lang w:val="de-DE"/>
              </w:rPr>
              <w:t>Datum</w:t>
            </w:r>
          </w:p>
        </w:tc>
        <w:tc>
          <w:tcPr>
            <w:tcW w:w="2665" w:type="dxa"/>
            <w:shd w:val="clear" w:color="auto" w:fill="2F5D3F"/>
            <w:tcMar>
              <w:top w:w="80" w:type="dxa"/>
              <w:left w:w="70" w:type="dxa"/>
              <w:bottom w:w="80" w:type="dxa"/>
              <w:right w:w="70" w:type="dxa"/>
            </w:tcMar>
            <w:vAlign w:val="center"/>
          </w:tcPr>
          <w:p w14:paraId="4B6DE828" w14:textId="77777777" w:rsidR="004B432C" w:rsidRPr="00055C4F" w:rsidRDefault="00C03C5F">
            <w:pPr>
              <w:jc w:val="center"/>
              <w:rPr>
                <w:sz w:val="20"/>
                <w:szCs w:val="21"/>
                <w:lang w:val="de-DE"/>
              </w:rPr>
            </w:pPr>
            <w:r w:rsidRPr="00055C4F">
              <w:rPr>
                <w:b/>
                <w:color w:val="FFFFFF"/>
                <w:sz w:val="16"/>
                <w:szCs w:val="21"/>
                <w:lang w:val="de-DE"/>
              </w:rPr>
              <w:t>Unterschrift</w:t>
            </w:r>
          </w:p>
        </w:tc>
        <w:tc>
          <w:tcPr>
            <w:tcW w:w="1247" w:type="dxa"/>
            <w:shd w:val="clear" w:color="auto" w:fill="2F5D3F"/>
            <w:tcMar>
              <w:top w:w="80" w:type="dxa"/>
              <w:left w:w="70" w:type="dxa"/>
              <w:bottom w:w="80" w:type="dxa"/>
              <w:right w:w="70" w:type="dxa"/>
            </w:tcMar>
            <w:vAlign w:val="center"/>
          </w:tcPr>
          <w:p w14:paraId="52703187" w14:textId="77777777" w:rsidR="004B432C" w:rsidRPr="00055C4F" w:rsidRDefault="00C03C5F">
            <w:pPr>
              <w:jc w:val="center"/>
              <w:rPr>
                <w:sz w:val="20"/>
                <w:szCs w:val="21"/>
                <w:lang w:val="de-DE"/>
              </w:rPr>
            </w:pPr>
            <w:r w:rsidRPr="00055C4F">
              <w:rPr>
                <w:b/>
                <w:color w:val="FFFFFF"/>
                <w:sz w:val="16"/>
                <w:szCs w:val="21"/>
                <w:lang w:val="de-DE"/>
              </w:rPr>
              <w:t>Bemerkung optional</w:t>
            </w:r>
          </w:p>
        </w:tc>
      </w:tr>
      <w:tr w:rsidR="004B432C" w:rsidRPr="00055C4F" w14:paraId="75A0AF3D"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EA1D36C" w14:textId="77777777" w:rsidR="004B432C" w:rsidRPr="00055C4F" w:rsidRDefault="00C03C5F">
            <w:pPr>
              <w:spacing w:after="0"/>
              <w:jc w:val="center"/>
              <w:rPr>
                <w:sz w:val="20"/>
                <w:szCs w:val="21"/>
                <w:lang w:val="de-DE"/>
              </w:rPr>
            </w:pPr>
            <w:r w:rsidRPr="00055C4F">
              <w:rPr>
                <w:color w:val="5C6B60"/>
                <w:sz w:val="14"/>
                <w:szCs w:val="21"/>
                <w:lang w:val="de-DE"/>
              </w:rPr>
              <w:t>25</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138D3E4"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C259CD5"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9FE6A66"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044AEC8"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5F225CB" w14:textId="77777777" w:rsidR="004B432C" w:rsidRPr="00055C4F" w:rsidRDefault="004B432C">
            <w:pPr>
              <w:spacing w:after="0"/>
              <w:rPr>
                <w:sz w:val="20"/>
                <w:szCs w:val="21"/>
                <w:lang w:val="de-DE"/>
              </w:rPr>
            </w:pPr>
          </w:p>
        </w:tc>
      </w:tr>
      <w:tr w:rsidR="004B432C" w:rsidRPr="00055C4F" w14:paraId="1BC08903"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06FB6D7" w14:textId="77777777" w:rsidR="004B432C" w:rsidRPr="00055C4F" w:rsidRDefault="00C03C5F">
            <w:pPr>
              <w:spacing w:after="0"/>
              <w:jc w:val="center"/>
              <w:rPr>
                <w:sz w:val="20"/>
                <w:szCs w:val="21"/>
                <w:lang w:val="de-DE"/>
              </w:rPr>
            </w:pPr>
            <w:r w:rsidRPr="00055C4F">
              <w:rPr>
                <w:color w:val="5C6B60"/>
                <w:sz w:val="14"/>
                <w:szCs w:val="21"/>
                <w:lang w:val="de-DE"/>
              </w:rPr>
              <w:t>26</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8C61D5D"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36148A8"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62D46FF"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209891E"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2DE0DB5" w14:textId="77777777" w:rsidR="004B432C" w:rsidRPr="00055C4F" w:rsidRDefault="004B432C">
            <w:pPr>
              <w:spacing w:after="0"/>
              <w:rPr>
                <w:sz w:val="20"/>
                <w:szCs w:val="21"/>
                <w:lang w:val="de-DE"/>
              </w:rPr>
            </w:pPr>
          </w:p>
        </w:tc>
      </w:tr>
      <w:tr w:rsidR="004B432C" w:rsidRPr="00055C4F" w14:paraId="538213D4"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454EAAB" w14:textId="77777777" w:rsidR="004B432C" w:rsidRPr="00055C4F" w:rsidRDefault="00C03C5F">
            <w:pPr>
              <w:spacing w:after="0"/>
              <w:jc w:val="center"/>
              <w:rPr>
                <w:sz w:val="20"/>
                <w:szCs w:val="21"/>
                <w:lang w:val="de-DE"/>
              </w:rPr>
            </w:pPr>
            <w:r w:rsidRPr="00055C4F">
              <w:rPr>
                <w:color w:val="5C6B60"/>
                <w:sz w:val="14"/>
                <w:szCs w:val="21"/>
                <w:lang w:val="de-DE"/>
              </w:rPr>
              <w:t>27</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8BB83E8"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CC01055"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F3F5770"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C0A0CE7"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89DA9A5" w14:textId="77777777" w:rsidR="004B432C" w:rsidRPr="00055C4F" w:rsidRDefault="004B432C">
            <w:pPr>
              <w:spacing w:after="0"/>
              <w:rPr>
                <w:sz w:val="20"/>
                <w:szCs w:val="21"/>
                <w:lang w:val="de-DE"/>
              </w:rPr>
            </w:pPr>
          </w:p>
        </w:tc>
      </w:tr>
      <w:tr w:rsidR="004B432C" w:rsidRPr="00055C4F" w14:paraId="147A270E"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03F93A4" w14:textId="77777777" w:rsidR="004B432C" w:rsidRPr="00055C4F" w:rsidRDefault="00C03C5F">
            <w:pPr>
              <w:spacing w:after="0"/>
              <w:jc w:val="center"/>
              <w:rPr>
                <w:sz w:val="20"/>
                <w:szCs w:val="21"/>
                <w:lang w:val="de-DE"/>
              </w:rPr>
            </w:pPr>
            <w:r w:rsidRPr="00055C4F">
              <w:rPr>
                <w:color w:val="5C6B60"/>
                <w:sz w:val="14"/>
                <w:szCs w:val="21"/>
                <w:lang w:val="de-DE"/>
              </w:rPr>
              <w:t>28</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20FDC6F"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58870B5"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E589630"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7867F64"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DD1CB8A" w14:textId="77777777" w:rsidR="004B432C" w:rsidRPr="00055C4F" w:rsidRDefault="004B432C">
            <w:pPr>
              <w:spacing w:after="0"/>
              <w:rPr>
                <w:sz w:val="20"/>
                <w:szCs w:val="21"/>
                <w:lang w:val="de-DE"/>
              </w:rPr>
            </w:pPr>
          </w:p>
        </w:tc>
      </w:tr>
      <w:tr w:rsidR="004B432C" w:rsidRPr="00055C4F" w14:paraId="2E281FE3"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D390739" w14:textId="77777777" w:rsidR="004B432C" w:rsidRPr="00055C4F" w:rsidRDefault="00C03C5F">
            <w:pPr>
              <w:spacing w:after="0"/>
              <w:jc w:val="center"/>
              <w:rPr>
                <w:sz w:val="20"/>
                <w:szCs w:val="21"/>
                <w:lang w:val="de-DE"/>
              </w:rPr>
            </w:pPr>
            <w:r w:rsidRPr="00055C4F">
              <w:rPr>
                <w:color w:val="5C6B60"/>
                <w:sz w:val="14"/>
                <w:szCs w:val="21"/>
                <w:lang w:val="de-DE"/>
              </w:rPr>
              <w:t>29</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FD6E5F4"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240B015"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6B00BF1"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AC6EF33"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CD3386A" w14:textId="77777777" w:rsidR="004B432C" w:rsidRPr="00055C4F" w:rsidRDefault="004B432C">
            <w:pPr>
              <w:spacing w:after="0"/>
              <w:rPr>
                <w:sz w:val="20"/>
                <w:szCs w:val="21"/>
                <w:lang w:val="de-DE"/>
              </w:rPr>
            </w:pPr>
          </w:p>
        </w:tc>
      </w:tr>
      <w:tr w:rsidR="004B432C" w:rsidRPr="00055C4F" w14:paraId="0B51400A"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45C1816" w14:textId="77777777" w:rsidR="004B432C" w:rsidRPr="00055C4F" w:rsidRDefault="00C03C5F">
            <w:pPr>
              <w:spacing w:after="0"/>
              <w:jc w:val="center"/>
              <w:rPr>
                <w:sz w:val="20"/>
                <w:szCs w:val="21"/>
                <w:lang w:val="de-DE"/>
              </w:rPr>
            </w:pPr>
            <w:r w:rsidRPr="00055C4F">
              <w:rPr>
                <w:color w:val="5C6B60"/>
                <w:sz w:val="14"/>
                <w:szCs w:val="21"/>
                <w:lang w:val="de-DE"/>
              </w:rPr>
              <w:t>30</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C14EEEA"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A1E6890"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B9E4954"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27026D0"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38DA074" w14:textId="77777777" w:rsidR="004B432C" w:rsidRPr="00055C4F" w:rsidRDefault="004B432C">
            <w:pPr>
              <w:spacing w:after="0"/>
              <w:rPr>
                <w:sz w:val="20"/>
                <w:szCs w:val="21"/>
                <w:lang w:val="de-DE"/>
              </w:rPr>
            </w:pPr>
          </w:p>
        </w:tc>
      </w:tr>
      <w:tr w:rsidR="004B432C" w:rsidRPr="00055C4F" w14:paraId="4F8AA919"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7126519" w14:textId="77777777" w:rsidR="004B432C" w:rsidRPr="00055C4F" w:rsidRDefault="00C03C5F">
            <w:pPr>
              <w:spacing w:after="0"/>
              <w:jc w:val="center"/>
              <w:rPr>
                <w:sz w:val="20"/>
                <w:szCs w:val="21"/>
                <w:lang w:val="de-DE"/>
              </w:rPr>
            </w:pPr>
            <w:r w:rsidRPr="00055C4F">
              <w:rPr>
                <w:color w:val="5C6B60"/>
                <w:sz w:val="14"/>
                <w:szCs w:val="21"/>
                <w:lang w:val="de-DE"/>
              </w:rPr>
              <w:t>31</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7BD4308"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2C1404E"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ACCC53A"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CB73A8E"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C4E366C" w14:textId="77777777" w:rsidR="004B432C" w:rsidRPr="00055C4F" w:rsidRDefault="004B432C">
            <w:pPr>
              <w:spacing w:after="0"/>
              <w:rPr>
                <w:sz w:val="20"/>
                <w:szCs w:val="21"/>
                <w:lang w:val="de-DE"/>
              </w:rPr>
            </w:pPr>
          </w:p>
        </w:tc>
      </w:tr>
      <w:tr w:rsidR="004B432C" w:rsidRPr="00055C4F" w14:paraId="2905FBE4"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585F216" w14:textId="77777777" w:rsidR="004B432C" w:rsidRPr="00055C4F" w:rsidRDefault="00C03C5F">
            <w:pPr>
              <w:spacing w:after="0"/>
              <w:jc w:val="center"/>
              <w:rPr>
                <w:sz w:val="20"/>
                <w:szCs w:val="21"/>
                <w:lang w:val="de-DE"/>
              </w:rPr>
            </w:pPr>
            <w:r w:rsidRPr="00055C4F">
              <w:rPr>
                <w:color w:val="5C6B60"/>
                <w:sz w:val="14"/>
                <w:szCs w:val="21"/>
                <w:lang w:val="de-DE"/>
              </w:rPr>
              <w:t>32</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EA4ECD7"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81ECC73"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096112C"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81DA411"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42C0D46" w14:textId="77777777" w:rsidR="004B432C" w:rsidRPr="00055C4F" w:rsidRDefault="004B432C">
            <w:pPr>
              <w:spacing w:after="0"/>
              <w:rPr>
                <w:sz w:val="20"/>
                <w:szCs w:val="21"/>
                <w:lang w:val="de-DE"/>
              </w:rPr>
            </w:pPr>
          </w:p>
        </w:tc>
      </w:tr>
      <w:tr w:rsidR="004B432C" w:rsidRPr="00055C4F" w14:paraId="054D1310"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59D1BEA" w14:textId="77777777" w:rsidR="004B432C" w:rsidRPr="00055C4F" w:rsidRDefault="00C03C5F">
            <w:pPr>
              <w:spacing w:after="0"/>
              <w:jc w:val="center"/>
              <w:rPr>
                <w:sz w:val="20"/>
                <w:szCs w:val="21"/>
                <w:lang w:val="de-DE"/>
              </w:rPr>
            </w:pPr>
            <w:r w:rsidRPr="00055C4F">
              <w:rPr>
                <w:color w:val="5C6B60"/>
                <w:sz w:val="14"/>
                <w:szCs w:val="21"/>
                <w:lang w:val="de-DE"/>
              </w:rPr>
              <w:t>33</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744C1CA"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3CB3DCD"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70E85AA"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32A9A54"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46F84F9" w14:textId="77777777" w:rsidR="004B432C" w:rsidRPr="00055C4F" w:rsidRDefault="004B432C">
            <w:pPr>
              <w:spacing w:after="0"/>
              <w:rPr>
                <w:sz w:val="20"/>
                <w:szCs w:val="21"/>
                <w:lang w:val="de-DE"/>
              </w:rPr>
            </w:pPr>
          </w:p>
        </w:tc>
      </w:tr>
      <w:tr w:rsidR="004B432C" w:rsidRPr="00055C4F" w14:paraId="730EA28A"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8E0EEAD" w14:textId="77777777" w:rsidR="004B432C" w:rsidRPr="00055C4F" w:rsidRDefault="00C03C5F">
            <w:pPr>
              <w:spacing w:after="0"/>
              <w:jc w:val="center"/>
              <w:rPr>
                <w:sz w:val="20"/>
                <w:szCs w:val="21"/>
                <w:lang w:val="de-DE"/>
              </w:rPr>
            </w:pPr>
            <w:r w:rsidRPr="00055C4F">
              <w:rPr>
                <w:color w:val="5C6B60"/>
                <w:sz w:val="14"/>
                <w:szCs w:val="21"/>
                <w:lang w:val="de-DE"/>
              </w:rPr>
              <w:t>34</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83166F2"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A4734BF"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8BF4D45"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E04074A"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B9876B5" w14:textId="77777777" w:rsidR="004B432C" w:rsidRPr="00055C4F" w:rsidRDefault="004B432C">
            <w:pPr>
              <w:spacing w:after="0"/>
              <w:rPr>
                <w:sz w:val="20"/>
                <w:szCs w:val="21"/>
                <w:lang w:val="de-DE"/>
              </w:rPr>
            </w:pPr>
          </w:p>
        </w:tc>
      </w:tr>
      <w:tr w:rsidR="004B432C" w:rsidRPr="00055C4F" w14:paraId="02BAAD8A"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37E8F75" w14:textId="77777777" w:rsidR="004B432C" w:rsidRPr="00055C4F" w:rsidRDefault="00C03C5F">
            <w:pPr>
              <w:spacing w:after="0"/>
              <w:jc w:val="center"/>
              <w:rPr>
                <w:sz w:val="20"/>
                <w:szCs w:val="21"/>
                <w:lang w:val="de-DE"/>
              </w:rPr>
            </w:pPr>
            <w:r w:rsidRPr="00055C4F">
              <w:rPr>
                <w:color w:val="5C6B60"/>
                <w:sz w:val="14"/>
                <w:szCs w:val="21"/>
                <w:lang w:val="de-DE"/>
              </w:rPr>
              <w:t>35</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95230C6"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12621C0"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EE9AC7A"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58A831C"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DD4AB41" w14:textId="77777777" w:rsidR="004B432C" w:rsidRPr="00055C4F" w:rsidRDefault="004B432C">
            <w:pPr>
              <w:spacing w:after="0"/>
              <w:rPr>
                <w:sz w:val="20"/>
                <w:szCs w:val="21"/>
                <w:lang w:val="de-DE"/>
              </w:rPr>
            </w:pPr>
          </w:p>
        </w:tc>
      </w:tr>
      <w:tr w:rsidR="004B432C" w:rsidRPr="00055C4F" w14:paraId="0E27D55B"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EA04134" w14:textId="77777777" w:rsidR="004B432C" w:rsidRPr="00055C4F" w:rsidRDefault="00C03C5F">
            <w:pPr>
              <w:spacing w:after="0"/>
              <w:jc w:val="center"/>
              <w:rPr>
                <w:sz w:val="20"/>
                <w:szCs w:val="21"/>
                <w:lang w:val="de-DE"/>
              </w:rPr>
            </w:pPr>
            <w:r w:rsidRPr="00055C4F">
              <w:rPr>
                <w:color w:val="5C6B60"/>
                <w:sz w:val="14"/>
                <w:szCs w:val="21"/>
                <w:lang w:val="de-DE"/>
              </w:rPr>
              <w:t>36</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4F238F6"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B803ABE"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15A4AC9"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FF3F0F7"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C6FF572" w14:textId="77777777" w:rsidR="004B432C" w:rsidRPr="00055C4F" w:rsidRDefault="004B432C">
            <w:pPr>
              <w:spacing w:after="0"/>
              <w:rPr>
                <w:sz w:val="20"/>
                <w:szCs w:val="21"/>
                <w:lang w:val="de-DE"/>
              </w:rPr>
            </w:pPr>
          </w:p>
        </w:tc>
      </w:tr>
    </w:tbl>
    <w:p w14:paraId="2930CDB7" w14:textId="77777777" w:rsidR="004B432C" w:rsidRPr="00055C4F" w:rsidRDefault="00C03C5F">
      <w:pPr>
        <w:spacing w:after="0"/>
        <w:rPr>
          <w:sz w:val="20"/>
          <w:szCs w:val="21"/>
          <w:lang w:val="de-DE"/>
        </w:rPr>
      </w:pPr>
      <w:r w:rsidRPr="00055C4F">
        <w:rPr>
          <w:color w:val="5C6B60"/>
          <w:sz w:val="13"/>
          <w:szCs w:val="21"/>
          <w:lang w:val="de-DE"/>
        </w:rPr>
        <w:t>Datenschutzhinweis: Die Angaben werden ausschließlich für diese Petition gesammelt und nicht öffentlich ins Internet gestellt. Bitte Listen geschützt aufbewahren.</w:t>
      </w:r>
    </w:p>
    <w:p w14:paraId="5050AE29" w14:textId="77777777" w:rsidR="004B432C" w:rsidRPr="00055C4F" w:rsidRDefault="00C03C5F">
      <w:pPr>
        <w:spacing w:after="0"/>
        <w:rPr>
          <w:sz w:val="20"/>
          <w:szCs w:val="21"/>
          <w:lang w:val="de-DE"/>
        </w:rPr>
      </w:pPr>
      <w:r w:rsidRPr="00055C4F">
        <w:rPr>
          <w:color w:val="5C6B60"/>
          <w:sz w:val="13"/>
          <w:szCs w:val="21"/>
          <w:lang w:val="de-DE"/>
        </w:rPr>
        <w:t>Blatt 3 · Website: https://flechtinger-hoehenzug.de · Kontakt: initiative@flechtinger-hoehenzug.de</w:t>
      </w:r>
    </w:p>
    <w:p w14:paraId="42363C14" w14:textId="77777777" w:rsidR="004B432C" w:rsidRPr="00055C4F" w:rsidRDefault="00C03C5F">
      <w:pPr>
        <w:rPr>
          <w:sz w:val="20"/>
          <w:szCs w:val="21"/>
          <w:lang w:val="de-DE"/>
        </w:rPr>
      </w:pPr>
      <w:r w:rsidRPr="00055C4F">
        <w:rPr>
          <w:sz w:val="20"/>
          <w:szCs w:val="21"/>
          <w:lang w:val="de-DE"/>
        </w:rPr>
        <w:br w:type="page"/>
      </w:r>
    </w:p>
    <w:p w14:paraId="35AB954C" w14:textId="77777777" w:rsidR="004B432C" w:rsidRPr="00055C4F" w:rsidRDefault="00C03C5F">
      <w:pPr>
        <w:spacing w:after="40"/>
        <w:rPr>
          <w:sz w:val="20"/>
          <w:szCs w:val="21"/>
          <w:lang w:val="de-DE"/>
        </w:rPr>
      </w:pPr>
      <w:r w:rsidRPr="00055C4F">
        <w:rPr>
          <w:b/>
          <w:color w:val="2F5D3F"/>
          <w:sz w:val="24"/>
          <w:szCs w:val="21"/>
          <w:lang w:val="de-DE"/>
        </w:rPr>
        <w:lastRenderedPageBreak/>
        <w:t>Unterschriftenliste zur Petition: Flechtinger Höhenzug schützen – Windpark Altenhausen kritisch prüfen</w:t>
      </w:r>
    </w:p>
    <w:p w14:paraId="128B49C5" w14:textId="77777777" w:rsidR="004B432C" w:rsidRPr="00055C4F" w:rsidRDefault="00C03C5F">
      <w:pPr>
        <w:spacing w:after="80"/>
        <w:rPr>
          <w:color w:val="23302A"/>
          <w:sz w:val="16"/>
          <w:szCs w:val="21"/>
          <w:lang w:val="de-DE"/>
        </w:rPr>
      </w:pPr>
      <w:r w:rsidRPr="00055C4F">
        <w:rPr>
          <w:color w:val="23302A"/>
          <w:sz w:val="16"/>
          <w:szCs w:val="21"/>
          <w:lang w:val="de-DE"/>
        </w:rPr>
        <w:t>Mit meiner Unterschrift unterstütze ich Transparenz, Alternativenprüfung und wirksame Bürgerbeteiligung beim geplanten Windpark Altenhausen / Flechtinger Höhenzug.</w:t>
      </w:r>
    </w:p>
    <w:p w14:paraId="74BB6E91" w14:textId="77777777" w:rsidR="00F020AC" w:rsidRPr="00055C4F" w:rsidRDefault="00F020AC">
      <w:pPr>
        <w:spacing w:after="80"/>
        <w:rPr>
          <w:sz w:val="20"/>
          <w:szCs w:val="21"/>
          <w:lang w:val="de-DE"/>
        </w:rPr>
      </w:pPr>
    </w:p>
    <w:tbl>
      <w:tblPr>
        <w:tblW w:w="5000" w:type="pct"/>
        <w:jc w:val="center"/>
        <w:tblLook w:val="04A0" w:firstRow="1" w:lastRow="0" w:firstColumn="1" w:lastColumn="0" w:noHBand="0" w:noVBand="1"/>
      </w:tblPr>
      <w:tblGrid>
        <w:gridCol w:w="700"/>
        <w:gridCol w:w="2871"/>
        <w:gridCol w:w="4062"/>
        <w:gridCol w:w="2241"/>
        <w:gridCol w:w="3292"/>
        <w:gridCol w:w="1540"/>
      </w:tblGrid>
      <w:tr w:rsidR="004B432C" w:rsidRPr="00055C4F" w14:paraId="191E0688" w14:textId="77777777">
        <w:trPr>
          <w:jc w:val="center"/>
        </w:trPr>
        <w:tc>
          <w:tcPr>
            <w:tcW w:w="567" w:type="dxa"/>
            <w:shd w:val="clear" w:color="auto" w:fill="2F5D3F"/>
            <w:tcMar>
              <w:top w:w="80" w:type="dxa"/>
              <w:left w:w="70" w:type="dxa"/>
              <w:bottom w:w="80" w:type="dxa"/>
              <w:right w:w="70" w:type="dxa"/>
            </w:tcMar>
            <w:vAlign w:val="center"/>
          </w:tcPr>
          <w:p w14:paraId="0499D726" w14:textId="77777777" w:rsidR="004B432C" w:rsidRPr="00055C4F" w:rsidRDefault="00C03C5F">
            <w:pPr>
              <w:jc w:val="center"/>
              <w:rPr>
                <w:sz w:val="20"/>
                <w:szCs w:val="21"/>
                <w:lang w:val="de-DE"/>
              </w:rPr>
            </w:pPr>
            <w:r w:rsidRPr="00055C4F">
              <w:rPr>
                <w:b/>
                <w:color w:val="FFFFFF"/>
                <w:sz w:val="16"/>
                <w:szCs w:val="21"/>
                <w:lang w:val="de-DE"/>
              </w:rPr>
              <w:t>Nr.</w:t>
            </w:r>
          </w:p>
        </w:tc>
        <w:tc>
          <w:tcPr>
            <w:tcW w:w="2324" w:type="dxa"/>
            <w:shd w:val="clear" w:color="auto" w:fill="2F5D3F"/>
            <w:tcMar>
              <w:top w:w="80" w:type="dxa"/>
              <w:left w:w="70" w:type="dxa"/>
              <w:bottom w:w="80" w:type="dxa"/>
              <w:right w:w="70" w:type="dxa"/>
            </w:tcMar>
            <w:vAlign w:val="center"/>
          </w:tcPr>
          <w:p w14:paraId="1CDF7259" w14:textId="77777777" w:rsidR="004B432C" w:rsidRPr="00055C4F" w:rsidRDefault="00C03C5F">
            <w:pPr>
              <w:jc w:val="center"/>
              <w:rPr>
                <w:sz w:val="20"/>
                <w:szCs w:val="21"/>
                <w:lang w:val="de-DE"/>
              </w:rPr>
            </w:pPr>
            <w:r w:rsidRPr="00055C4F">
              <w:rPr>
                <w:b/>
                <w:color w:val="FFFFFF"/>
                <w:sz w:val="16"/>
                <w:szCs w:val="21"/>
                <w:lang w:val="de-DE"/>
              </w:rPr>
              <w:t>Name, Vorname</w:t>
            </w:r>
          </w:p>
        </w:tc>
        <w:tc>
          <w:tcPr>
            <w:tcW w:w="3288" w:type="dxa"/>
            <w:shd w:val="clear" w:color="auto" w:fill="2F5D3F"/>
            <w:tcMar>
              <w:top w:w="80" w:type="dxa"/>
              <w:left w:w="70" w:type="dxa"/>
              <w:bottom w:w="80" w:type="dxa"/>
              <w:right w:w="70" w:type="dxa"/>
            </w:tcMar>
            <w:vAlign w:val="center"/>
          </w:tcPr>
          <w:p w14:paraId="433273E2" w14:textId="77777777" w:rsidR="004B432C" w:rsidRPr="00055C4F" w:rsidRDefault="00C03C5F">
            <w:pPr>
              <w:jc w:val="center"/>
              <w:rPr>
                <w:sz w:val="20"/>
                <w:szCs w:val="21"/>
                <w:lang w:val="de-DE"/>
              </w:rPr>
            </w:pPr>
            <w:r w:rsidRPr="00055C4F">
              <w:rPr>
                <w:b/>
                <w:color w:val="FFFFFF"/>
                <w:sz w:val="16"/>
                <w:szCs w:val="21"/>
                <w:lang w:val="de-DE"/>
              </w:rPr>
              <w:t>Adresse oder Ortsteil</w:t>
            </w:r>
          </w:p>
        </w:tc>
        <w:tc>
          <w:tcPr>
            <w:tcW w:w="1814" w:type="dxa"/>
            <w:shd w:val="clear" w:color="auto" w:fill="2F5D3F"/>
            <w:tcMar>
              <w:top w:w="80" w:type="dxa"/>
              <w:left w:w="70" w:type="dxa"/>
              <w:bottom w:w="80" w:type="dxa"/>
              <w:right w:w="70" w:type="dxa"/>
            </w:tcMar>
            <w:vAlign w:val="center"/>
          </w:tcPr>
          <w:p w14:paraId="01947DBF" w14:textId="77777777" w:rsidR="004B432C" w:rsidRPr="00055C4F" w:rsidRDefault="00C03C5F">
            <w:pPr>
              <w:jc w:val="center"/>
              <w:rPr>
                <w:sz w:val="20"/>
                <w:szCs w:val="21"/>
                <w:lang w:val="de-DE"/>
              </w:rPr>
            </w:pPr>
            <w:r w:rsidRPr="00055C4F">
              <w:rPr>
                <w:b/>
                <w:color w:val="FFFFFF"/>
                <w:sz w:val="16"/>
                <w:szCs w:val="21"/>
                <w:lang w:val="de-DE"/>
              </w:rPr>
              <w:t>Datum</w:t>
            </w:r>
          </w:p>
        </w:tc>
        <w:tc>
          <w:tcPr>
            <w:tcW w:w="2665" w:type="dxa"/>
            <w:shd w:val="clear" w:color="auto" w:fill="2F5D3F"/>
            <w:tcMar>
              <w:top w:w="80" w:type="dxa"/>
              <w:left w:w="70" w:type="dxa"/>
              <w:bottom w:w="80" w:type="dxa"/>
              <w:right w:w="70" w:type="dxa"/>
            </w:tcMar>
            <w:vAlign w:val="center"/>
          </w:tcPr>
          <w:p w14:paraId="38A8B74B" w14:textId="77777777" w:rsidR="004B432C" w:rsidRPr="00055C4F" w:rsidRDefault="00C03C5F">
            <w:pPr>
              <w:jc w:val="center"/>
              <w:rPr>
                <w:sz w:val="20"/>
                <w:szCs w:val="21"/>
                <w:lang w:val="de-DE"/>
              </w:rPr>
            </w:pPr>
            <w:r w:rsidRPr="00055C4F">
              <w:rPr>
                <w:b/>
                <w:color w:val="FFFFFF"/>
                <w:sz w:val="16"/>
                <w:szCs w:val="21"/>
                <w:lang w:val="de-DE"/>
              </w:rPr>
              <w:t>Unterschrift</w:t>
            </w:r>
          </w:p>
        </w:tc>
        <w:tc>
          <w:tcPr>
            <w:tcW w:w="1247" w:type="dxa"/>
            <w:shd w:val="clear" w:color="auto" w:fill="2F5D3F"/>
            <w:tcMar>
              <w:top w:w="80" w:type="dxa"/>
              <w:left w:w="70" w:type="dxa"/>
              <w:bottom w:w="80" w:type="dxa"/>
              <w:right w:w="70" w:type="dxa"/>
            </w:tcMar>
            <w:vAlign w:val="center"/>
          </w:tcPr>
          <w:p w14:paraId="3B8C86D9" w14:textId="77777777" w:rsidR="004B432C" w:rsidRPr="00055C4F" w:rsidRDefault="00C03C5F">
            <w:pPr>
              <w:jc w:val="center"/>
              <w:rPr>
                <w:sz w:val="20"/>
                <w:szCs w:val="21"/>
                <w:lang w:val="de-DE"/>
              </w:rPr>
            </w:pPr>
            <w:r w:rsidRPr="00055C4F">
              <w:rPr>
                <w:b/>
                <w:color w:val="FFFFFF"/>
                <w:sz w:val="16"/>
                <w:szCs w:val="21"/>
                <w:lang w:val="de-DE"/>
              </w:rPr>
              <w:t>Bemerkung optional</w:t>
            </w:r>
          </w:p>
        </w:tc>
      </w:tr>
      <w:tr w:rsidR="004B432C" w:rsidRPr="00055C4F" w14:paraId="064AE7D3"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FED3EC3" w14:textId="77777777" w:rsidR="004B432C" w:rsidRPr="00055C4F" w:rsidRDefault="00C03C5F">
            <w:pPr>
              <w:spacing w:after="0"/>
              <w:jc w:val="center"/>
              <w:rPr>
                <w:sz w:val="20"/>
                <w:szCs w:val="21"/>
                <w:lang w:val="de-DE"/>
              </w:rPr>
            </w:pPr>
            <w:r w:rsidRPr="00055C4F">
              <w:rPr>
                <w:color w:val="5C6B60"/>
                <w:sz w:val="14"/>
                <w:szCs w:val="21"/>
                <w:lang w:val="de-DE"/>
              </w:rPr>
              <w:t>37</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B8D90E3"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0FC2A55"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4F0DEDD"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7A291E9"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2C47861" w14:textId="77777777" w:rsidR="004B432C" w:rsidRPr="00055C4F" w:rsidRDefault="004B432C">
            <w:pPr>
              <w:spacing w:after="0"/>
              <w:rPr>
                <w:sz w:val="20"/>
                <w:szCs w:val="21"/>
                <w:lang w:val="de-DE"/>
              </w:rPr>
            </w:pPr>
          </w:p>
        </w:tc>
      </w:tr>
      <w:tr w:rsidR="004B432C" w:rsidRPr="00055C4F" w14:paraId="5959870F"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2AC412E" w14:textId="77777777" w:rsidR="004B432C" w:rsidRPr="00055C4F" w:rsidRDefault="00C03C5F">
            <w:pPr>
              <w:spacing w:after="0"/>
              <w:jc w:val="center"/>
              <w:rPr>
                <w:sz w:val="20"/>
                <w:szCs w:val="21"/>
                <w:lang w:val="de-DE"/>
              </w:rPr>
            </w:pPr>
            <w:r w:rsidRPr="00055C4F">
              <w:rPr>
                <w:color w:val="5C6B60"/>
                <w:sz w:val="14"/>
                <w:szCs w:val="21"/>
                <w:lang w:val="de-DE"/>
              </w:rPr>
              <w:t>38</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54D25AE"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BAB3EE2"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3983733"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18A63DC"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525E1F0" w14:textId="77777777" w:rsidR="004B432C" w:rsidRPr="00055C4F" w:rsidRDefault="004B432C">
            <w:pPr>
              <w:spacing w:after="0"/>
              <w:rPr>
                <w:sz w:val="20"/>
                <w:szCs w:val="21"/>
                <w:lang w:val="de-DE"/>
              </w:rPr>
            </w:pPr>
          </w:p>
        </w:tc>
      </w:tr>
      <w:tr w:rsidR="004B432C" w:rsidRPr="00055C4F" w14:paraId="2EEB2B22"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A9F203E" w14:textId="77777777" w:rsidR="004B432C" w:rsidRPr="00055C4F" w:rsidRDefault="00C03C5F">
            <w:pPr>
              <w:spacing w:after="0"/>
              <w:jc w:val="center"/>
              <w:rPr>
                <w:sz w:val="20"/>
                <w:szCs w:val="21"/>
                <w:lang w:val="de-DE"/>
              </w:rPr>
            </w:pPr>
            <w:r w:rsidRPr="00055C4F">
              <w:rPr>
                <w:color w:val="5C6B60"/>
                <w:sz w:val="14"/>
                <w:szCs w:val="21"/>
                <w:lang w:val="de-DE"/>
              </w:rPr>
              <w:t>39</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5A4C38A"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CEE56E1"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E87D619"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C2D472F"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010C890" w14:textId="77777777" w:rsidR="004B432C" w:rsidRPr="00055C4F" w:rsidRDefault="004B432C">
            <w:pPr>
              <w:spacing w:after="0"/>
              <w:rPr>
                <w:sz w:val="20"/>
                <w:szCs w:val="21"/>
                <w:lang w:val="de-DE"/>
              </w:rPr>
            </w:pPr>
          </w:p>
        </w:tc>
      </w:tr>
      <w:tr w:rsidR="004B432C" w:rsidRPr="00055C4F" w14:paraId="2AB42A13"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EE283A2" w14:textId="77777777" w:rsidR="004B432C" w:rsidRPr="00055C4F" w:rsidRDefault="00C03C5F">
            <w:pPr>
              <w:spacing w:after="0"/>
              <w:jc w:val="center"/>
              <w:rPr>
                <w:sz w:val="20"/>
                <w:szCs w:val="21"/>
                <w:lang w:val="de-DE"/>
              </w:rPr>
            </w:pPr>
            <w:r w:rsidRPr="00055C4F">
              <w:rPr>
                <w:color w:val="5C6B60"/>
                <w:sz w:val="14"/>
                <w:szCs w:val="21"/>
                <w:lang w:val="de-DE"/>
              </w:rPr>
              <w:t>40</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2E08DE2"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BAFDB24"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476A4DB"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69F48EB"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7BD0D4D" w14:textId="77777777" w:rsidR="004B432C" w:rsidRPr="00055C4F" w:rsidRDefault="004B432C">
            <w:pPr>
              <w:spacing w:after="0"/>
              <w:rPr>
                <w:sz w:val="20"/>
                <w:szCs w:val="21"/>
                <w:lang w:val="de-DE"/>
              </w:rPr>
            </w:pPr>
          </w:p>
        </w:tc>
      </w:tr>
      <w:tr w:rsidR="004B432C" w:rsidRPr="00055C4F" w14:paraId="0D7149DC"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CBEF258" w14:textId="77777777" w:rsidR="004B432C" w:rsidRPr="00055C4F" w:rsidRDefault="00C03C5F">
            <w:pPr>
              <w:spacing w:after="0"/>
              <w:jc w:val="center"/>
              <w:rPr>
                <w:sz w:val="20"/>
                <w:szCs w:val="21"/>
                <w:lang w:val="de-DE"/>
              </w:rPr>
            </w:pPr>
            <w:r w:rsidRPr="00055C4F">
              <w:rPr>
                <w:color w:val="5C6B60"/>
                <w:sz w:val="14"/>
                <w:szCs w:val="21"/>
                <w:lang w:val="de-DE"/>
              </w:rPr>
              <w:t>41</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463F2D6"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967BF8E"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C2C6CD3"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F57A402"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03BB3E7" w14:textId="77777777" w:rsidR="004B432C" w:rsidRPr="00055C4F" w:rsidRDefault="004B432C">
            <w:pPr>
              <w:spacing w:after="0"/>
              <w:rPr>
                <w:sz w:val="20"/>
                <w:szCs w:val="21"/>
                <w:lang w:val="de-DE"/>
              </w:rPr>
            </w:pPr>
          </w:p>
        </w:tc>
      </w:tr>
      <w:tr w:rsidR="004B432C" w:rsidRPr="00055C4F" w14:paraId="2BB570B5"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E2B4574" w14:textId="77777777" w:rsidR="004B432C" w:rsidRPr="00055C4F" w:rsidRDefault="00C03C5F">
            <w:pPr>
              <w:spacing w:after="0"/>
              <w:jc w:val="center"/>
              <w:rPr>
                <w:sz w:val="20"/>
                <w:szCs w:val="21"/>
                <w:lang w:val="de-DE"/>
              </w:rPr>
            </w:pPr>
            <w:r w:rsidRPr="00055C4F">
              <w:rPr>
                <w:color w:val="5C6B60"/>
                <w:sz w:val="14"/>
                <w:szCs w:val="21"/>
                <w:lang w:val="de-DE"/>
              </w:rPr>
              <w:t>42</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D1454C0"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0044575"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EE96F25"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C59CFE2"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C88EB3D" w14:textId="77777777" w:rsidR="004B432C" w:rsidRPr="00055C4F" w:rsidRDefault="004B432C">
            <w:pPr>
              <w:spacing w:after="0"/>
              <w:rPr>
                <w:sz w:val="20"/>
                <w:szCs w:val="21"/>
                <w:lang w:val="de-DE"/>
              </w:rPr>
            </w:pPr>
          </w:p>
        </w:tc>
      </w:tr>
      <w:tr w:rsidR="004B432C" w:rsidRPr="00055C4F" w14:paraId="7AC7F57D"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AB198CF" w14:textId="77777777" w:rsidR="004B432C" w:rsidRPr="00055C4F" w:rsidRDefault="00C03C5F">
            <w:pPr>
              <w:spacing w:after="0"/>
              <w:jc w:val="center"/>
              <w:rPr>
                <w:sz w:val="20"/>
                <w:szCs w:val="21"/>
                <w:lang w:val="de-DE"/>
              </w:rPr>
            </w:pPr>
            <w:r w:rsidRPr="00055C4F">
              <w:rPr>
                <w:color w:val="5C6B60"/>
                <w:sz w:val="14"/>
                <w:szCs w:val="21"/>
                <w:lang w:val="de-DE"/>
              </w:rPr>
              <w:t>43</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A401ADC"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85345B5"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DA61E26"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8DF7923"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0370BAF" w14:textId="77777777" w:rsidR="004B432C" w:rsidRPr="00055C4F" w:rsidRDefault="004B432C">
            <w:pPr>
              <w:spacing w:after="0"/>
              <w:rPr>
                <w:sz w:val="20"/>
                <w:szCs w:val="21"/>
                <w:lang w:val="de-DE"/>
              </w:rPr>
            </w:pPr>
          </w:p>
        </w:tc>
      </w:tr>
      <w:tr w:rsidR="004B432C" w:rsidRPr="00055C4F" w14:paraId="31FE4A31"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421B019" w14:textId="77777777" w:rsidR="004B432C" w:rsidRPr="00055C4F" w:rsidRDefault="00C03C5F">
            <w:pPr>
              <w:spacing w:after="0"/>
              <w:jc w:val="center"/>
              <w:rPr>
                <w:sz w:val="20"/>
                <w:szCs w:val="21"/>
                <w:lang w:val="de-DE"/>
              </w:rPr>
            </w:pPr>
            <w:r w:rsidRPr="00055C4F">
              <w:rPr>
                <w:color w:val="5C6B60"/>
                <w:sz w:val="14"/>
                <w:szCs w:val="21"/>
                <w:lang w:val="de-DE"/>
              </w:rPr>
              <w:t>44</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B6D9A4D"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6C57967"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0CF40F4"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9FBB6FE"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8A80CC3" w14:textId="77777777" w:rsidR="004B432C" w:rsidRPr="00055C4F" w:rsidRDefault="004B432C">
            <w:pPr>
              <w:spacing w:after="0"/>
              <w:rPr>
                <w:sz w:val="20"/>
                <w:szCs w:val="21"/>
                <w:lang w:val="de-DE"/>
              </w:rPr>
            </w:pPr>
          </w:p>
        </w:tc>
      </w:tr>
      <w:tr w:rsidR="004B432C" w:rsidRPr="00055C4F" w14:paraId="6224FE20"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370F9DE" w14:textId="77777777" w:rsidR="004B432C" w:rsidRPr="00055C4F" w:rsidRDefault="00C03C5F">
            <w:pPr>
              <w:spacing w:after="0"/>
              <w:jc w:val="center"/>
              <w:rPr>
                <w:sz w:val="20"/>
                <w:szCs w:val="21"/>
                <w:lang w:val="de-DE"/>
              </w:rPr>
            </w:pPr>
            <w:r w:rsidRPr="00055C4F">
              <w:rPr>
                <w:color w:val="5C6B60"/>
                <w:sz w:val="14"/>
                <w:szCs w:val="21"/>
                <w:lang w:val="de-DE"/>
              </w:rPr>
              <w:t>45</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02E78BE"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1DAC241"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05AF80E"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CEAECA8"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B85AC04" w14:textId="77777777" w:rsidR="004B432C" w:rsidRPr="00055C4F" w:rsidRDefault="004B432C">
            <w:pPr>
              <w:spacing w:after="0"/>
              <w:rPr>
                <w:sz w:val="20"/>
                <w:szCs w:val="21"/>
                <w:lang w:val="de-DE"/>
              </w:rPr>
            </w:pPr>
          </w:p>
        </w:tc>
      </w:tr>
      <w:tr w:rsidR="004B432C" w:rsidRPr="00055C4F" w14:paraId="0A0852BE"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0360850" w14:textId="77777777" w:rsidR="004B432C" w:rsidRPr="00055C4F" w:rsidRDefault="00C03C5F">
            <w:pPr>
              <w:spacing w:after="0"/>
              <w:jc w:val="center"/>
              <w:rPr>
                <w:sz w:val="20"/>
                <w:szCs w:val="21"/>
                <w:lang w:val="de-DE"/>
              </w:rPr>
            </w:pPr>
            <w:r w:rsidRPr="00055C4F">
              <w:rPr>
                <w:color w:val="5C6B60"/>
                <w:sz w:val="14"/>
                <w:szCs w:val="21"/>
                <w:lang w:val="de-DE"/>
              </w:rPr>
              <w:t>46</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3E9B41C"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7AF8836"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4096B23"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86010A9"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86BC8EE" w14:textId="77777777" w:rsidR="004B432C" w:rsidRPr="00055C4F" w:rsidRDefault="004B432C">
            <w:pPr>
              <w:spacing w:after="0"/>
              <w:rPr>
                <w:sz w:val="20"/>
                <w:szCs w:val="21"/>
                <w:lang w:val="de-DE"/>
              </w:rPr>
            </w:pPr>
          </w:p>
        </w:tc>
      </w:tr>
      <w:tr w:rsidR="004B432C" w:rsidRPr="00055C4F" w14:paraId="2572C704"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C5AF54C" w14:textId="77777777" w:rsidR="004B432C" w:rsidRPr="00055C4F" w:rsidRDefault="00C03C5F">
            <w:pPr>
              <w:spacing w:after="0"/>
              <w:jc w:val="center"/>
              <w:rPr>
                <w:sz w:val="20"/>
                <w:szCs w:val="21"/>
                <w:lang w:val="de-DE"/>
              </w:rPr>
            </w:pPr>
            <w:r w:rsidRPr="00055C4F">
              <w:rPr>
                <w:color w:val="5C6B60"/>
                <w:sz w:val="14"/>
                <w:szCs w:val="21"/>
                <w:lang w:val="de-DE"/>
              </w:rPr>
              <w:t>47</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881603E"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655F946"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B48C899"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2446B13"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5CC9B68" w14:textId="77777777" w:rsidR="004B432C" w:rsidRPr="00055C4F" w:rsidRDefault="004B432C">
            <w:pPr>
              <w:spacing w:after="0"/>
              <w:rPr>
                <w:sz w:val="20"/>
                <w:szCs w:val="21"/>
                <w:lang w:val="de-DE"/>
              </w:rPr>
            </w:pPr>
          </w:p>
        </w:tc>
      </w:tr>
      <w:tr w:rsidR="004B432C" w:rsidRPr="00055C4F" w14:paraId="728888D5"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F499CF3" w14:textId="77777777" w:rsidR="004B432C" w:rsidRPr="00055C4F" w:rsidRDefault="00C03C5F">
            <w:pPr>
              <w:spacing w:after="0"/>
              <w:jc w:val="center"/>
              <w:rPr>
                <w:sz w:val="20"/>
                <w:szCs w:val="21"/>
                <w:lang w:val="de-DE"/>
              </w:rPr>
            </w:pPr>
            <w:r w:rsidRPr="00055C4F">
              <w:rPr>
                <w:color w:val="5C6B60"/>
                <w:sz w:val="14"/>
                <w:szCs w:val="21"/>
                <w:lang w:val="de-DE"/>
              </w:rPr>
              <w:t>48</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616EE79"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8C7436B"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F7220D5"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86277B9"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497E713" w14:textId="77777777" w:rsidR="004B432C" w:rsidRPr="00055C4F" w:rsidRDefault="004B432C">
            <w:pPr>
              <w:spacing w:after="0"/>
              <w:rPr>
                <w:sz w:val="20"/>
                <w:szCs w:val="21"/>
                <w:lang w:val="de-DE"/>
              </w:rPr>
            </w:pPr>
          </w:p>
        </w:tc>
      </w:tr>
    </w:tbl>
    <w:p w14:paraId="7AF657C6" w14:textId="77777777" w:rsidR="004B432C" w:rsidRPr="00055C4F" w:rsidRDefault="00C03C5F">
      <w:pPr>
        <w:spacing w:after="0"/>
        <w:rPr>
          <w:sz w:val="20"/>
          <w:szCs w:val="21"/>
          <w:lang w:val="de-DE"/>
        </w:rPr>
      </w:pPr>
      <w:r w:rsidRPr="00055C4F">
        <w:rPr>
          <w:color w:val="5C6B60"/>
          <w:sz w:val="13"/>
          <w:szCs w:val="21"/>
          <w:lang w:val="de-DE"/>
        </w:rPr>
        <w:t>Datenschutzhinweis: Die Angaben werden ausschließlich für diese Petition gesammelt und nicht öffentlich ins Internet gestellt. Bitte Listen geschützt aufbewahren.</w:t>
      </w:r>
    </w:p>
    <w:p w14:paraId="579245A2" w14:textId="77777777" w:rsidR="004B432C" w:rsidRPr="00055C4F" w:rsidRDefault="00C03C5F">
      <w:pPr>
        <w:spacing w:after="0"/>
        <w:rPr>
          <w:sz w:val="20"/>
          <w:szCs w:val="21"/>
          <w:lang w:val="de-DE"/>
        </w:rPr>
      </w:pPr>
      <w:r w:rsidRPr="00055C4F">
        <w:rPr>
          <w:color w:val="5C6B60"/>
          <w:sz w:val="13"/>
          <w:szCs w:val="21"/>
          <w:lang w:val="de-DE"/>
        </w:rPr>
        <w:t>Blatt 4 · Website: https://flechtinger-hoehenzug.de · Kontakt: initiative@flechtinger-hoehenzug.de</w:t>
      </w:r>
    </w:p>
    <w:p w14:paraId="218637B0" w14:textId="77777777" w:rsidR="004B432C" w:rsidRPr="00055C4F" w:rsidRDefault="00C03C5F">
      <w:pPr>
        <w:rPr>
          <w:sz w:val="20"/>
          <w:szCs w:val="21"/>
          <w:lang w:val="de-DE"/>
        </w:rPr>
      </w:pPr>
      <w:r w:rsidRPr="00055C4F">
        <w:rPr>
          <w:sz w:val="20"/>
          <w:szCs w:val="21"/>
          <w:lang w:val="de-DE"/>
        </w:rPr>
        <w:br w:type="page"/>
      </w:r>
    </w:p>
    <w:p w14:paraId="35131AA1" w14:textId="77777777" w:rsidR="004B432C" w:rsidRPr="00055C4F" w:rsidRDefault="00C03C5F">
      <w:pPr>
        <w:spacing w:after="40"/>
        <w:rPr>
          <w:sz w:val="20"/>
          <w:szCs w:val="21"/>
          <w:lang w:val="de-DE"/>
        </w:rPr>
      </w:pPr>
      <w:r w:rsidRPr="00055C4F">
        <w:rPr>
          <w:b/>
          <w:color w:val="2F5D3F"/>
          <w:sz w:val="24"/>
          <w:szCs w:val="21"/>
          <w:lang w:val="de-DE"/>
        </w:rPr>
        <w:lastRenderedPageBreak/>
        <w:t>Unterschriftenliste zur Petition: Flechtinger Höhenzug schützen – Windpark Altenhausen kritisch prüfen</w:t>
      </w:r>
    </w:p>
    <w:p w14:paraId="38F1551A" w14:textId="77777777" w:rsidR="004B432C" w:rsidRPr="00055C4F" w:rsidRDefault="00C03C5F">
      <w:pPr>
        <w:spacing w:after="80"/>
        <w:rPr>
          <w:color w:val="23302A"/>
          <w:sz w:val="16"/>
          <w:szCs w:val="21"/>
          <w:lang w:val="de-DE"/>
        </w:rPr>
      </w:pPr>
      <w:r w:rsidRPr="00055C4F">
        <w:rPr>
          <w:color w:val="23302A"/>
          <w:sz w:val="16"/>
          <w:szCs w:val="21"/>
          <w:lang w:val="de-DE"/>
        </w:rPr>
        <w:t>Mit meiner Unterschrift unterstütze ich Transparenz, Alternativenprüfung und wirksame Bürgerbeteiligung beim geplanten Windpark Altenhausen / Flechtinger Höhenzug.</w:t>
      </w:r>
    </w:p>
    <w:p w14:paraId="353AF6C5" w14:textId="77777777" w:rsidR="00F020AC" w:rsidRPr="00055C4F" w:rsidRDefault="00F020AC">
      <w:pPr>
        <w:spacing w:after="80"/>
        <w:rPr>
          <w:sz w:val="20"/>
          <w:szCs w:val="21"/>
          <w:lang w:val="de-DE"/>
        </w:rPr>
      </w:pPr>
    </w:p>
    <w:tbl>
      <w:tblPr>
        <w:tblW w:w="5000" w:type="pct"/>
        <w:jc w:val="center"/>
        <w:tblLook w:val="04A0" w:firstRow="1" w:lastRow="0" w:firstColumn="1" w:lastColumn="0" w:noHBand="0" w:noVBand="1"/>
      </w:tblPr>
      <w:tblGrid>
        <w:gridCol w:w="700"/>
        <w:gridCol w:w="2871"/>
        <w:gridCol w:w="4062"/>
        <w:gridCol w:w="2241"/>
        <w:gridCol w:w="3292"/>
        <w:gridCol w:w="1540"/>
      </w:tblGrid>
      <w:tr w:rsidR="004B432C" w:rsidRPr="00055C4F" w14:paraId="3F309623" w14:textId="77777777">
        <w:trPr>
          <w:jc w:val="center"/>
        </w:trPr>
        <w:tc>
          <w:tcPr>
            <w:tcW w:w="567" w:type="dxa"/>
            <w:shd w:val="clear" w:color="auto" w:fill="2F5D3F"/>
            <w:tcMar>
              <w:top w:w="80" w:type="dxa"/>
              <w:left w:w="70" w:type="dxa"/>
              <w:bottom w:w="80" w:type="dxa"/>
              <w:right w:w="70" w:type="dxa"/>
            </w:tcMar>
            <w:vAlign w:val="center"/>
          </w:tcPr>
          <w:p w14:paraId="1D5A8C48" w14:textId="77777777" w:rsidR="004B432C" w:rsidRPr="00055C4F" w:rsidRDefault="00C03C5F">
            <w:pPr>
              <w:jc w:val="center"/>
              <w:rPr>
                <w:sz w:val="20"/>
                <w:szCs w:val="21"/>
                <w:lang w:val="de-DE"/>
              </w:rPr>
            </w:pPr>
            <w:r w:rsidRPr="00055C4F">
              <w:rPr>
                <w:b/>
                <w:color w:val="FFFFFF"/>
                <w:sz w:val="16"/>
                <w:szCs w:val="21"/>
                <w:lang w:val="de-DE"/>
              </w:rPr>
              <w:t>Nr.</w:t>
            </w:r>
          </w:p>
        </w:tc>
        <w:tc>
          <w:tcPr>
            <w:tcW w:w="2324" w:type="dxa"/>
            <w:shd w:val="clear" w:color="auto" w:fill="2F5D3F"/>
            <w:tcMar>
              <w:top w:w="80" w:type="dxa"/>
              <w:left w:w="70" w:type="dxa"/>
              <w:bottom w:w="80" w:type="dxa"/>
              <w:right w:w="70" w:type="dxa"/>
            </w:tcMar>
            <w:vAlign w:val="center"/>
          </w:tcPr>
          <w:p w14:paraId="35C464B9" w14:textId="77777777" w:rsidR="004B432C" w:rsidRPr="00055C4F" w:rsidRDefault="00C03C5F">
            <w:pPr>
              <w:jc w:val="center"/>
              <w:rPr>
                <w:sz w:val="20"/>
                <w:szCs w:val="21"/>
                <w:lang w:val="de-DE"/>
              </w:rPr>
            </w:pPr>
            <w:r w:rsidRPr="00055C4F">
              <w:rPr>
                <w:b/>
                <w:color w:val="FFFFFF"/>
                <w:sz w:val="16"/>
                <w:szCs w:val="21"/>
                <w:lang w:val="de-DE"/>
              </w:rPr>
              <w:t>Name, Vorname</w:t>
            </w:r>
          </w:p>
        </w:tc>
        <w:tc>
          <w:tcPr>
            <w:tcW w:w="3288" w:type="dxa"/>
            <w:shd w:val="clear" w:color="auto" w:fill="2F5D3F"/>
            <w:tcMar>
              <w:top w:w="80" w:type="dxa"/>
              <w:left w:w="70" w:type="dxa"/>
              <w:bottom w:w="80" w:type="dxa"/>
              <w:right w:w="70" w:type="dxa"/>
            </w:tcMar>
            <w:vAlign w:val="center"/>
          </w:tcPr>
          <w:p w14:paraId="4A58DA62" w14:textId="77777777" w:rsidR="004B432C" w:rsidRPr="00055C4F" w:rsidRDefault="00C03C5F">
            <w:pPr>
              <w:jc w:val="center"/>
              <w:rPr>
                <w:sz w:val="20"/>
                <w:szCs w:val="21"/>
                <w:lang w:val="de-DE"/>
              </w:rPr>
            </w:pPr>
            <w:r w:rsidRPr="00055C4F">
              <w:rPr>
                <w:b/>
                <w:color w:val="FFFFFF"/>
                <w:sz w:val="16"/>
                <w:szCs w:val="21"/>
                <w:lang w:val="de-DE"/>
              </w:rPr>
              <w:t>Adresse oder Ortsteil</w:t>
            </w:r>
          </w:p>
        </w:tc>
        <w:tc>
          <w:tcPr>
            <w:tcW w:w="1814" w:type="dxa"/>
            <w:shd w:val="clear" w:color="auto" w:fill="2F5D3F"/>
            <w:tcMar>
              <w:top w:w="80" w:type="dxa"/>
              <w:left w:w="70" w:type="dxa"/>
              <w:bottom w:w="80" w:type="dxa"/>
              <w:right w:w="70" w:type="dxa"/>
            </w:tcMar>
            <w:vAlign w:val="center"/>
          </w:tcPr>
          <w:p w14:paraId="4DBEBEE3" w14:textId="77777777" w:rsidR="004B432C" w:rsidRPr="00055C4F" w:rsidRDefault="00C03C5F">
            <w:pPr>
              <w:jc w:val="center"/>
              <w:rPr>
                <w:sz w:val="20"/>
                <w:szCs w:val="21"/>
                <w:lang w:val="de-DE"/>
              </w:rPr>
            </w:pPr>
            <w:r w:rsidRPr="00055C4F">
              <w:rPr>
                <w:b/>
                <w:color w:val="FFFFFF"/>
                <w:sz w:val="16"/>
                <w:szCs w:val="21"/>
                <w:lang w:val="de-DE"/>
              </w:rPr>
              <w:t>Datum</w:t>
            </w:r>
          </w:p>
        </w:tc>
        <w:tc>
          <w:tcPr>
            <w:tcW w:w="2665" w:type="dxa"/>
            <w:shd w:val="clear" w:color="auto" w:fill="2F5D3F"/>
            <w:tcMar>
              <w:top w:w="80" w:type="dxa"/>
              <w:left w:w="70" w:type="dxa"/>
              <w:bottom w:w="80" w:type="dxa"/>
              <w:right w:w="70" w:type="dxa"/>
            </w:tcMar>
            <w:vAlign w:val="center"/>
          </w:tcPr>
          <w:p w14:paraId="29ADE9C6" w14:textId="77777777" w:rsidR="004B432C" w:rsidRPr="00055C4F" w:rsidRDefault="00C03C5F">
            <w:pPr>
              <w:jc w:val="center"/>
              <w:rPr>
                <w:sz w:val="20"/>
                <w:szCs w:val="21"/>
                <w:lang w:val="de-DE"/>
              </w:rPr>
            </w:pPr>
            <w:r w:rsidRPr="00055C4F">
              <w:rPr>
                <w:b/>
                <w:color w:val="FFFFFF"/>
                <w:sz w:val="16"/>
                <w:szCs w:val="21"/>
                <w:lang w:val="de-DE"/>
              </w:rPr>
              <w:t>Unterschrift</w:t>
            </w:r>
          </w:p>
        </w:tc>
        <w:tc>
          <w:tcPr>
            <w:tcW w:w="1247" w:type="dxa"/>
            <w:shd w:val="clear" w:color="auto" w:fill="2F5D3F"/>
            <w:tcMar>
              <w:top w:w="80" w:type="dxa"/>
              <w:left w:w="70" w:type="dxa"/>
              <w:bottom w:w="80" w:type="dxa"/>
              <w:right w:w="70" w:type="dxa"/>
            </w:tcMar>
            <w:vAlign w:val="center"/>
          </w:tcPr>
          <w:p w14:paraId="0FEE2C92" w14:textId="77777777" w:rsidR="004B432C" w:rsidRPr="00055C4F" w:rsidRDefault="00C03C5F">
            <w:pPr>
              <w:jc w:val="center"/>
              <w:rPr>
                <w:sz w:val="20"/>
                <w:szCs w:val="21"/>
                <w:lang w:val="de-DE"/>
              </w:rPr>
            </w:pPr>
            <w:r w:rsidRPr="00055C4F">
              <w:rPr>
                <w:b/>
                <w:color w:val="FFFFFF"/>
                <w:sz w:val="16"/>
                <w:szCs w:val="21"/>
                <w:lang w:val="de-DE"/>
              </w:rPr>
              <w:t>Bemerkung optional</w:t>
            </w:r>
          </w:p>
        </w:tc>
      </w:tr>
      <w:tr w:rsidR="004B432C" w:rsidRPr="00055C4F" w14:paraId="278D69FA"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5FC7FED" w14:textId="77777777" w:rsidR="004B432C" w:rsidRPr="00055C4F" w:rsidRDefault="00C03C5F">
            <w:pPr>
              <w:spacing w:after="0"/>
              <w:jc w:val="center"/>
              <w:rPr>
                <w:sz w:val="20"/>
                <w:szCs w:val="21"/>
                <w:lang w:val="de-DE"/>
              </w:rPr>
            </w:pPr>
            <w:r w:rsidRPr="00055C4F">
              <w:rPr>
                <w:color w:val="5C6B60"/>
                <w:sz w:val="14"/>
                <w:szCs w:val="21"/>
                <w:lang w:val="de-DE"/>
              </w:rPr>
              <w:t>49</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2C47E51"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72EAD63"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4BE7F23"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B206031"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4172905" w14:textId="77777777" w:rsidR="004B432C" w:rsidRPr="00055C4F" w:rsidRDefault="004B432C">
            <w:pPr>
              <w:spacing w:after="0"/>
              <w:rPr>
                <w:sz w:val="20"/>
                <w:szCs w:val="21"/>
                <w:lang w:val="de-DE"/>
              </w:rPr>
            </w:pPr>
          </w:p>
        </w:tc>
      </w:tr>
      <w:tr w:rsidR="004B432C" w:rsidRPr="00055C4F" w14:paraId="185BD1C9"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7276865" w14:textId="77777777" w:rsidR="004B432C" w:rsidRPr="00055C4F" w:rsidRDefault="00C03C5F">
            <w:pPr>
              <w:spacing w:after="0"/>
              <w:jc w:val="center"/>
              <w:rPr>
                <w:sz w:val="20"/>
                <w:szCs w:val="21"/>
                <w:lang w:val="de-DE"/>
              </w:rPr>
            </w:pPr>
            <w:r w:rsidRPr="00055C4F">
              <w:rPr>
                <w:color w:val="5C6B60"/>
                <w:sz w:val="14"/>
                <w:szCs w:val="21"/>
                <w:lang w:val="de-DE"/>
              </w:rPr>
              <w:t>50</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DDCDCF5"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D157CFE"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C68FBE2"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293DE41"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DC20C39" w14:textId="77777777" w:rsidR="004B432C" w:rsidRPr="00055C4F" w:rsidRDefault="004B432C">
            <w:pPr>
              <w:spacing w:after="0"/>
              <w:rPr>
                <w:sz w:val="20"/>
                <w:szCs w:val="21"/>
                <w:lang w:val="de-DE"/>
              </w:rPr>
            </w:pPr>
          </w:p>
        </w:tc>
      </w:tr>
      <w:tr w:rsidR="004B432C" w:rsidRPr="00055C4F" w14:paraId="65D9F89F"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58BC5CB" w14:textId="77777777" w:rsidR="004B432C" w:rsidRPr="00055C4F" w:rsidRDefault="00C03C5F">
            <w:pPr>
              <w:spacing w:after="0"/>
              <w:jc w:val="center"/>
              <w:rPr>
                <w:sz w:val="20"/>
                <w:szCs w:val="21"/>
                <w:lang w:val="de-DE"/>
              </w:rPr>
            </w:pPr>
            <w:r w:rsidRPr="00055C4F">
              <w:rPr>
                <w:color w:val="5C6B60"/>
                <w:sz w:val="14"/>
                <w:szCs w:val="21"/>
                <w:lang w:val="de-DE"/>
              </w:rPr>
              <w:t>51</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E2FB1F2"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6CA6967"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E3A821D"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59E6961"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93D75B9" w14:textId="77777777" w:rsidR="004B432C" w:rsidRPr="00055C4F" w:rsidRDefault="004B432C">
            <w:pPr>
              <w:spacing w:after="0"/>
              <w:rPr>
                <w:sz w:val="20"/>
                <w:szCs w:val="21"/>
                <w:lang w:val="de-DE"/>
              </w:rPr>
            </w:pPr>
          </w:p>
        </w:tc>
      </w:tr>
      <w:tr w:rsidR="004B432C" w:rsidRPr="00055C4F" w14:paraId="293B23E8"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623D15D" w14:textId="77777777" w:rsidR="004B432C" w:rsidRPr="00055C4F" w:rsidRDefault="00C03C5F">
            <w:pPr>
              <w:spacing w:after="0"/>
              <w:jc w:val="center"/>
              <w:rPr>
                <w:sz w:val="20"/>
                <w:szCs w:val="21"/>
                <w:lang w:val="de-DE"/>
              </w:rPr>
            </w:pPr>
            <w:r w:rsidRPr="00055C4F">
              <w:rPr>
                <w:color w:val="5C6B60"/>
                <w:sz w:val="14"/>
                <w:szCs w:val="21"/>
                <w:lang w:val="de-DE"/>
              </w:rPr>
              <w:t>52</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723C250"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1E255B3"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2FE7750"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734163F"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4465517" w14:textId="77777777" w:rsidR="004B432C" w:rsidRPr="00055C4F" w:rsidRDefault="004B432C">
            <w:pPr>
              <w:spacing w:after="0"/>
              <w:rPr>
                <w:sz w:val="20"/>
                <w:szCs w:val="21"/>
                <w:lang w:val="de-DE"/>
              </w:rPr>
            </w:pPr>
          </w:p>
        </w:tc>
      </w:tr>
      <w:tr w:rsidR="004B432C" w:rsidRPr="00055C4F" w14:paraId="3E258E0B"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CDD38DF" w14:textId="77777777" w:rsidR="004B432C" w:rsidRPr="00055C4F" w:rsidRDefault="00C03C5F">
            <w:pPr>
              <w:spacing w:after="0"/>
              <w:jc w:val="center"/>
              <w:rPr>
                <w:sz w:val="20"/>
                <w:szCs w:val="21"/>
                <w:lang w:val="de-DE"/>
              </w:rPr>
            </w:pPr>
            <w:r w:rsidRPr="00055C4F">
              <w:rPr>
                <w:color w:val="5C6B60"/>
                <w:sz w:val="14"/>
                <w:szCs w:val="21"/>
                <w:lang w:val="de-DE"/>
              </w:rPr>
              <w:t>53</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DDBA8B1"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EE3546F"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22B00C3"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6C91BE5"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C3FFEF9" w14:textId="77777777" w:rsidR="004B432C" w:rsidRPr="00055C4F" w:rsidRDefault="004B432C">
            <w:pPr>
              <w:spacing w:after="0"/>
              <w:rPr>
                <w:sz w:val="20"/>
                <w:szCs w:val="21"/>
                <w:lang w:val="de-DE"/>
              </w:rPr>
            </w:pPr>
          </w:p>
        </w:tc>
      </w:tr>
      <w:tr w:rsidR="004B432C" w:rsidRPr="00055C4F" w14:paraId="39F9021D"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1C711F0" w14:textId="77777777" w:rsidR="004B432C" w:rsidRPr="00055C4F" w:rsidRDefault="00C03C5F">
            <w:pPr>
              <w:spacing w:after="0"/>
              <w:jc w:val="center"/>
              <w:rPr>
                <w:sz w:val="20"/>
                <w:szCs w:val="21"/>
                <w:lang w:val="de-DE"/>
              </w:rPr>
            </w:pPr>
            <w:r w:rsidRPr="00055C4F">
              <w:rPr>
                <w:color w:val="5C6B60"/>
                <w:sz w:val="14"/>
                <w:szCs w:val="21"/>
                <w:lang w:val="de-DE"/>
              </w:rPr>
              <w:t>54</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D080B24"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8A02D96"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4018E3D"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ABA7D38"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F62BCFC" w14:textId="77777777" w:rsidR="004B432C" w:rsidRPr="00055C4F" w:rsidRDefault="004B432C">
            <w:pPr>
              <w:spacing w:after="0"/>
              <w:rPr>
                <w:sz w:val="20"/>
                <w:szCs w:val="21"/>
                <w:lang w:val="de-DE"/>
              </w:rPr>
            </w:pPr>
          </w:p>
        </w:tc>
      </w:tr>
      <w:tr w:rsidR="004B432C" w:rsidRPr="00055C4F" w14:paraId="352A884E"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0D2E209" w14:textId="77777777" w:rsidR="004B432C" w:rsidRPr="00055C4F" w:rsidRDefault="00C03C5F">
            <w:pPr>
              <w:spacing w:after="0"/>
              <w:jc w:val="center"/>
              <w:rPr>
                <w:sz w:val="20"/>
                <w:szCs w:val="21"/>
                <w:lang w:val="de-DE"/>
              </w:rPr>
            </w:pPr>
            <w:r w:rsidRPr="00055C4F">
              <w:rPr>
                <w:color w:val="5C6B60"/>
                <w:sz w:val="14"/>
                <w:szCs w:val="21"/>
                <w:lang w:val="de-DE"/>
              </w:rPr>
              <w:t>55</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5364265"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1D9DEF57"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EF39D7E"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2EDD026"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285738CB" w14:textId="77777777" w:rsidR="004B432C" w:rsidRPr="00055C4F" w:rsidRDefault="004B432C">
            <w:pPr>
              <w:spacing w:after="0"/>
              <w:rPr>
                <w:sz w:val="20"/>
                <w:szCs w:val="21"/>
                <w:lang w:val="de-DE"/>
              </w:rPr>
            </w:pPr>
          </w:p>
        </w:tc>
      </w:tr>
      <w:tr w:rsidR="004B432C" w:rsidRPr="00055C4F" w14:paraId="56F2F870"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BBBF9E5" w14:textId="77777777" w:rsidR="004B432C" w:rsidRPr="00055C4F" w:rsidRDefault="00C03C5F">
            <w:pPr>
              <w:spacing w:after="0"/>
              <w:jc w:val="center"/>
              <w:rPr>
                <w:sz w:val="20"/>
                <w:szCs w:val="21"/>
                <w:lang w:val="de-DE"/>
              </w:rPr>
            </w:pPr>
            <w:r w:rsidRPr="00055C4F">
              <w:rPr>
                <w:color w:val="5C6B60"/>
                <w:sz w:val="14"/>
                <w:szCs w:val="21"/>
                <w:lang w:val="de-DE"/>
              </w:rPr>
              <w:t>56</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56E8CB3"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D1885F1"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60D7635D"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20BC785"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8F1FFE6" w14:textId="77777777" w:rsidR="004B432C" w:rsidRPr="00055C4F" w:rsidRDefault="004B432C">
            <w:pPr>
              <w:spacing w:after="0"/>
              <w:rPr>
                <w:sz w:val="20"/>
                <w:szCs w:val="21"/>
                <w:lang w:val="de-DE"/>
              </w:rPr>
            </w:pPr>
          </w:p>
        </w:tc>
      </w:tr>
      <w:tr w:rsidR="004B432C" w:rsidRPr="00055C4F" w14:paraId="2A17DE8A"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231D161" w14:textId="77777777" w:rsidR="004B432C" w:rsidRPr="00055C4F" w:rsidRDefault="00C03C5F">
            <w:pPr>
              <w:spacing w:after="0"/>
              <w:jc w:val="center"/>
              <w:rPr>
                <w:sz w:val="20"/>
                <w:szCs w:val="21"/>
                <w:lang w:val="de-DE"/>
              </w:rPr>
            </w:pPr>
            <w:r w:rsidRPr="00055C4F">
              <w:rPr>
                <w:color w:val="5C6B60"/>
                <w:sz w:val="14"/>
                <w:szCs w:val="21"/>
                <w:lang w:val="de-DE"/>
              </w:rPr>
              <w:t>57</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0C3A5746"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3532D486"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A0FE614"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EFA7F75"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AF87E72" w14:textId="77777777" w:rsidR="004B432C" w:rsidRPr="00055C4F" w:rsidRDefault="004B432C">
            <w:pPr>
              <w:spacing w:after="0"/>
              <w:rPr>
                <w:sz w:val="20"/>
                <w:szCs w:val="21"/>
                <w:lang w:val="de-DE"/>
              </w:rPr>
            </w:pPr>
          </w:p>
        </w:tc>
      </w:tr>
      <w:tr w:rsidR="004B432C" w:rsidRPr="00055C4F" w14:paraId="3A797A6A"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0C1292C" w14:textId="77777777" w:rsidR="004B432C" w:rsidRPr="00055C4F" w:rsidRDefault="00C03C5F">
            <w:pPr>
              <w:spacing w:after="0"/>
              <w:jc w:val="center"/>
              <w:rPr>
                <w:sz w:val="20"/>
                <w:szCs w:val="21"/>
                <w:lang w:val="de-DE"/>
              </w:rPr>
            </w:pPr>
            <w:r w:rsidRPr="00055C4F">
              <w:rPr>
                <w:color w:val="5C6B60"/>
                <w:sz w:val="14"/>
                <w:szCs w:val="21"/>
                <w:lang w:val="de-DE"/>
              </w:rPr>
              <w:t>58</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D558368"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49F0187"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330A5C3B"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2F810226"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33C46EC" w14:textId="77777777" w:rsidR="004B432C" w:rsidRPr="00055C4F" w:rsidRDefault="004B432C">
            <w:pPr>
              <w:spacing w:after="0"/>
              <w:rPr>
                <w:sz w:val="20"/>
                <w:szCs w:val="21"/>
                <w:lang w:val="de-DE"/>
              </w:rPr>
            </w:pPr>
          </w:p>
        </w:tc>
      </w:tr>
      <w:tr w:rsidR="004B432C" w:rsidRPr="00055C4F" w14:paraId="506D1BD1" w14:textId="77777777">
        <w:trPr>
          <w:jc w:val="center"/>
        </w:trPr>
        <w:tc>
          <w:tcPr>
            <w:tcW w:w="56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15A1491" w14:textId="77777777" w:rsidR="004B432C" w:rsidRPr="00055C4F" w:rsidRDefault="00C03C5F">
            <w:pPr>
              <w:spacing w:after="0"/>
              <w:jc w:val="center"/>
              <w:rPr>
                <w:sz w:val="20"/>
                <w:szCs w:val="21"/>
                <w:lang w:val="de-DE"/>
              </w:rPr>
            </w:pPr>
            <w:r w:rsidRPr="00055C4F">
              <w:rPr>
                <w:color w:val="5C6B60"/>
                <w:sz w:val="14"/>
                <w:szCs w:val="21"/>
                <w:lang w:val="de-DE"/>
              </w:rPr>
              <w:t>59</w:t>
            </w:r>
          </w:p>
        </w:tc>
        <w:tc>
          <w:tcPr>
            <w:tcW w:w="232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57D3EA46"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77CF52F9"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7AF0899"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40E9D662"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tcMar>
              <w:top w:w="120" w:type="dxa"/>
              <w:left w:w="70" w:type="dxa"/>
              <w:bottom w:w="120" w:type="dxa"/>
              <w:right w:w="70" w:type="dxa"/>
            </w:tcMar>
            <w:vAlign w:val="center"/>
          </w:tcPr>
          <w:p w14:paraId="65D250A8" w14:textId="77777777" w:rsidR="004B432C" w:rsidRPr="00055C4F" w:rsidRDefault="004B432C">
            <w:pPr>
              <w:spacing w:after="0"/>
              <w:rPr>
                <w:sz w:val="20"/>
                <w:szCs w:val="21"/>
                <w:lang w:val="de-DE"/>
              </w:rPr>
            </w:pPr>
          </w:p>
        </w:tc>
      </w:tr>
      <w:tr w:rsidR="004B432C" w:rsidRPr="00055C4F" w14:paraId="1D7C73A0" w14:textId="77777777">
        <w:trPr>
          <w:jc w:val="center"/>
        </w:trPr>
        <w:tc>
          <w:tcPr>
            <w:tcW w:w="56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04D0F227" w14:textId="77777777" w:rsidR="004B432C" w:rsidRPr="00055C4F" w:rsidRDefault="00C03C5F">
            <w:pPr>
              <w:spacing w:after="0"/>
              <w:jc w:val="center"/>
              <w:rPr>
                <w:sz w:val="20"/>
                <w:szCs w:val="21"/>
                <w:lang w:val="de-DE"/>
              </w:rPr>
            </w:pPr>
            <w:r w:rsidRPr="00055C4F">
              <w:rPr>
                <w:color w:val="5C6B60"/>
                <w:sz w:val="14"/>
                <w:szCs w:val="21"/>
                <w:lang w:val="de-DE"/>
              </w:rPr>
              <w:t>60</w:t>
            </w:r>
          </w:p>
        </w:tc>
        <w:tc>
          <w:tcPr>
            <w:tcW w:w="232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5EE671BF" w14:textId="77777777" w:rsidR="004B432C" w:rsidRPr="00055C4F" w:rsidRDefault="004B432C">
            <w:pPr>
              <w:spacing w:after="0"/>
              <w:rPr>
                <w:sz w:val="20"/>
                <w:szCs w:val="21"/>
                <w:lang w:val="de-DE"/>
              </w:rPr>
            </w:pPr>
          </w:p>
        </w:tc>
        <w:tc>
          <w:tcPr>
            <w:tcW w:w="3288"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9A69357" w14:textId="77777777" w:rsidR="004B432C" w:rsidRPr="00055C4F" w:rsidRDefault="004B432C">
            <w:pPr>
              <w:spacing w:after="0"/>
              <w:rPr>
                <w:sz w:val="20"/>
                <w:szCs w:val="21"/>
                <w:lang w:val="de-DE"/>
              </w:rPr>
            </w:pPr>
          </w:p>
        </w:tc>
        <w:tc>
          <w:tcPr>
            <w:tcW w:w="1814"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166F3A1D" w14:textId="77777777" w:rsidR="004B432C" w:rsidRPr="00055C4F" w:rsidRDefault="004B432C">
            <w:pPr>
              <w:spacing w:after="0"/>
              <w:rPr>
                <w:sz w:val="20"/>
                <w:szCs w:val="21"/>
                <w:lang w:val="de-DE"/>
              </w:rPr>
            </w:pPr>
          </w:p>
        </w:tc>
        <w:tc>
          <w:tcPr>
            <w:tcW w:w="2665"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44152547" w14:textId="77777777" w:rsidR="004B432C" w:rsidRPr="00055C4F" w:rsidRDefault="004B432C">
            <w:pPr>
              <w:spacing w:after="0"/>
              <w:rPr>
                <w:sz w:val="20"/>
                <w:szCs w:val="21"/>
                <w:lang w:val="de-DE"/>
              </w:rPr>
            </w:pPr>
          </w:p>
        </w:tc>
        <w:tc>
          <w:tcPr>
            <w:tcW w:w="1247" w:type="dxa"/>
            <w:tcBorders>
              <w:top w:val="single" w:sz="4" w:space="0" w:color="C9D6C7"/>
              <w:left w:val="single" w:sz="4" w:space="0" w:color="C9D6C7"/>
              <w:bottom w:val="single" w:sz="4" w:space="0" w:color="C9D6C7"/>
              <w:right w:val="single" w:sz="4" w:space="0" w:color="C9D6C7"/>
            </w:tcBorders>
            <w:shd w:val="clear" w:color="auto" w:fill="F8FAF7"/>
            <w:tcMar>
              <w:top w:w="120" w:type="dxa"/>
              <w:left w:w="70" w:type="dxa"/>
              <w:bottom w:w="120" w:type="dxa"/>
              <w:right w:w="70" w:type="dxa"/>
            </w:tcMar>
            <w:vAlign w:val="center"/>
          </w:tcPr>
          <w:p w14:paraId="7A43FE37" w14:textId="77777777" w:rsidR="004B432C" w:rsidRPr="00055C4F" w:rsidRDefault="004B432C">
            <w:pPr>
              <w:spacing w:after="0"/>
              <w:rPr>
                <w:sz w:val="20"/>
                <w:szCs w:val="21"/>
                <w:lang w:val="de-DE"/>
              </w:rPr>
            </w:pPr>
          </w:p>
        </w:tc>
      </w:tr>
    </w:tbl>
    <w:p w14:paraId="4A6C8D7A" w14:textId="77777777" w:rsidR="004B432C" w:rsidRPr="00055C4F" w:rsidRDefault="00C03C5F">
      <w:pPr>
        <w:spacing w:after="0"/>
        <w:rPr>
          <w:sz w:val="20"/>
          <w:szCs w:val="21"/>
          <w:lang w:val="de-DE"/>
        </w:rPr>
      </w:pPr>
      <w:r w:rsidRPr="00055C4F">
        <w:rPr>
          <w:color w:val="5C6B60"/>
          <w:sz w:val="13"/>
          <w:szCs w:val="21"/>
          <w:lang w:val="de-DE"/>
        </w:rPr>
        <w:t>Datenschutzhinweis: Die Angaben werden ausschließlich für diese Petition gesammelt und nicht öffentlich ins Internet gestellt. Bitte Listen geschützt aufbewahren.</w:t>
      </w:r>
    </w:p>
    <w:p w14:paraId="417C5EAE" w14:textId="77777777" w:rsidR="004B432C" w:rsidRPr="00055C4F" w:rsidRDefault="00C03C5F">
      <w:pPr>
        <w:spacing w:after="0"/>
        <w:rPr>
          <w:sz w:val="20"/>
          <w:szCs w:val="21"/>
          <w:lang w:val="de-DE"/>
        </w:rPr>
      </w:pPr>
      <w:r w:rsidRPr="00055C4F">
        <w:rPr>
          <w:color w:val="5C6B60"/>
          <w:sz w:val="13"/>
          <w:szCs w:val="21"/>
          <w:lang w:val="de-DE"/>
        </w:rPr>
        <w:t>Blatt 5 · Website: https://flechtinger-hoehenzug.de · Kontakt: initiative@flechtinger-hoehenzug.de</w:t>
      </w:r>
    </w:p>
    <w:p w14:paraId="5B491F7D" w14:textId="77777777" w:rsidR="004B432C" w:rsidRPr="00055C4F" w:rsidRDefault="00C03C5F">
      <w:pPr>
        <w:rPr>
          <w:sz w:val="20"/>
          <w:szCs w:val="21"/>
          <w:lang w:val="de-DE"/>
        </w:rPr>
      </w:pPr>
      <w:r w:rsidRPr="00055C4F">
        <w:rPr>
          <w:sz w:val="20"/>
          <w:szCs w:val="21"/>
          <w:lang w:val="de-DE"/>
        </w:rPr>
        <w:br w:type="page"/>
      </w:r>
    </w:p>
    <w:p w14:paraId="1F49D5EE" w14:textId="77777777" w:rsidR="004B432C" w:rsidRPr="00055C4F" w:rsidRDefault="00C03C5F">
      <w:pPr>
        <w:spacing w:after="100"/>
        <w:rPr>
          <w:sz w:val="20"/>
          <w:szCs w:val="21"/>
          <w:lang w:val="de-DE"/>
        </w:rPr>
      </w:pPr>
      <w:r w:rsidRPr="00055C4F">
        <w:rPr>
          <w:b/>
          <w:color w:val="2F5D3F"/>
          <w:sz w:val="24"/>
          <w:szCs w:val="21"/>
          <w:lang w:val="de-DE"/>
        </w:rPr>
        <w:lastRenderedPageBreak/>
        <w:t>Übergabeprotokoll der Unterschriften</w:t>
      </w:r>
    </w:p>
    <w:tbl>
      <w:tblPr>
        <w:tblW w:w="4999" w:type="pct"/>
        <w:jc w:val="center"/>
        <w:tblLook w:val="04A0" w:firstRow="1" w:lastRow="0" w:firstColumn="1" w:lastColumn="0" w:noHBand="0" w:noVBand="1"/>
      </w:tblPr>
      <w:tblGrid>
        <w:gridCol w:w="7335"/>
        <w:gridCol w:w="7342"/>
      </w:tblGrid>
      <w:tr w:rsidR="004B432C" w:rsidRPr="00055C4F" w14:paraId="7A12BEB6" w14:textId="77777777" w:rsidTr="00055C4F">
        <w:trPr>
          <w:jc w:val="center"/>
        </w:trPr>
        <w:tc>
          <w:tcPr>
            <w:tcW w:w="15062" w:type="dxa"/>
            <w:gridSpan w:val="2"/>
            <w:tcBorders>
              <w:top w:val="single" w:sz="2" w:space="0" w:color="FFF9E8"/>
              <w:left w:val="single" w:sz="18" w:space="0" w:color="C46A3F"/>
              <w:bottom w:val="single" w:sz="2" w:space="0" w:color="FFF9E8"/>
              <w:right w:val="single" w:sz="2" w:space="0" w:color="FFF9E8"/>
            </w:tcBorders>
            <w:shd w:val="clear" w:color="auto" w:fill="FFF9E8"/>
            <w:tcMar>
              <w:top w:w="160" w:type="dxa"/>
              <w:left w:w="180" w:type="dxa"/>
              <w:bottom w:w="160" w:type="dxa"/>
              <w:right w:w="180" w:type="dxa"/>
            </w:tcMar>
          </w:tcPr>
          <w:p w14:paraId="6EA0C4EE" w14:textId="77777777" w:rsidR="004B432C" w:rsidRPr="00055C4F" w:rsidRDefault="00C03C5F">
            <w:pPr>
              <w:spacing w:after="80"/>
              <w:rPr>
                <w:sz w:val="20"/>
                <w:szCs w:val="21"/>
                <w:lang w:val="de-DE"/>
              </w:rPr>
            </w:pPr>
            <w:r w:rsidRPr="00055C4F">
              <w:rPr>
                <w:b/>
                <w:color w:val="C46A3F"/>
                <w:sz w:val="22"/>
                <w:szCs w:val="21"/>
                <w:lang w:val="de-DE"/>
              </w:rPr>
              <w:t>Für die interne Dokumentation</w:t>
            </w:r>
          </w:p>
          <w:p w14:paraId="28AFC484" w14:textId="77777777" w:rsidR="004B432C" w:rsidRPr="00055C4F" w:rsidRDefault="00C03C5F">
            <w:pPr>
              <w:spacing w:after="0"/>
              <w:rPr>
                <w:sz w:val="20"/>
                <w:szCs w:val="21"/>
                <w:lang w:val="de-DE"/>
              </w:rPr>
            </w:pPr>
            <w:r w:rsidRPr="00055C4F">
              <w:rPr>
                <w:color w:val="23302A"/>
                <w:sz w:val="18"/>
                <w:szCs w:val="21"/>
                <w:lang w:val="de-DE"/>
              </w:rPr>
              <w:t>Diese Seite kann bei der Übergabe an Gemeinde, Verwaltung oder andere zuständige Stellen ausgefüllt und kopiert werden.</w:t>
            </w:r>
          </w:p>
        </w:tc>
      </w:tr>
      <w:tr w:rsidR="00055C4F" w:rsidRPr="00055C4F" w14:paraId="2AE92EF5" w14:textId="77777777" w:rsidTr="00055C4F">
        <w:tblPrEx>
          <w:jc w:val="left"/>
        </w:tblPrEx>
        <w:tc>
          <w:tcPr>
            <w:tcW w:w="15063" w:type="dxa"/>
            <w:gridSpan w:val="2"/>
            <w:tcBorders>
              <w:top w:val="single" w:sz="4" w:space="0" w:color="D9E4D8"/>
              <w:bottom w:val="single" w:sz="4" w:space="0" w:color="D9E4D8"/>
            </w:tcBorders>
            <w:tcMar>
              <w:top w:w="120" w:type="dxa"/>
              <w:left w:w="120" w:type="dxa"/>
              <w:bottom w:w="120" w:type="dxa"/>
              <w:right w:w="120" w:type="dxa"/>
            </w:tcMar>
          </w:tcPr>
          <w:p w14:paraId="30543E5C" w14:textId="77777777" w:rsidR="00055C4F" w:rsidRPr="00055C4F" w:rsidRDefault="00055C4F">
            <w:pPr>
              <w:rPr>
                <w:sz w:val="20"/>
                <w:szCs w:val="21"/>
                <w:lang w:val="de-DE"/>
              </w:rPr>
            </w:pPr>
          </w:p>
        </w:tc>
      </w:tr>
      <w:tr w:rsidR="004B432C" w:rsidRPr="00055C4F" w14:paraId="321841DB" w14:textId="77777777" w:rsidTr="00055C4F">
        <w:tblPrEx>
          <w:jc w:val="left"/>
        </w:tblPrEx>
        <w:tc>
          <w:tcPr>
            <w:tcW w:w="7504" w:type="dxa"/>
            <w:tcBorders>
              <w:top w:val="single" w:sz="4" w:space="0" w:color="D9E4D8"/>
              <w:left w:val="single" w:sz="4" w:space="0" w:color="D9E4D8"/>
              <w:bottom w:val="single" w:sz="4" w:space="0" w:color="D9E4D8"/>
              <w:right w:val="single" w:sz="4" w:space="0" w:color="D9E4D8"/>
            </w:tcBorders>
            <w:shd w:val="clear" w:color="auto" w:fill="E8EFE6"/>
            <w:tcMar>
              <w:top w:w="120" w:type="dxa"/>
              <w:left w:w="120" w:type="dxa"/>
              <w:bottom w:w="120" w:type="dxa"/>
              <w:right w:w="120" w:type="dxa"/>
            </w:tcMar>
          </w:tcPr>
          <w:p w14:paraId="3C2B4640" w14:textId="77777777" w:rsidR="004B432C" w:rsidRPr="00055C4F" w:rsidRDefault="00C03C5F">
            <w:pPr>
              <w:rPr>
                <w:sz w:val="20"/>
                <w:szCs w:val="21"/>
                <w:lang w:val="de-DE"/>
              </w:rPr>
            </w:pPr>
            <w:r w:rsidRPr="00055C4F">
              <w:rPr>
                <w:b/>
                <w:color w:val="23302A"/>
                <w:sz w:val="16"/>
                <w:szCs w:val="21"/>
                <w:lang w:val="de-DE"/>
              </w:rPr>
              <w:t>Datum der Übergabe</w:t>
            </w:r>
          </w:p>
        </w:tc>
        <w:tc>
          <w:tcPr>
            <w:tcW w:w="7559" w:type="dxa"/>
            <w:tcBorders>
              <w:top w:val="single" w:sz="4" w:space="0" w:color="D9E4D8"/>
              <w:left w:val="single" w:sz="4" w:space="0" w:color="D9E4D8"/>
              <w:bottom w:val="single" w:sz="4" w:space="0" w:color="D9E4D8"/>
              <w:right w:val="single" w:sz="4" w:space="0" w:color="D9E4D8"/>
            </w:tcBorders>
            <w:tcMar>
              <w:top w:w="120" w:type="dxa"/>
              <w:left w:w="120" w:type="dxa"/>
              <w:bottom w:w="120" w:type="dxa"/>
              <w:right w:w="120" w:type="dxa"/>
            </w:tcMar>
          </w:tcPr>
          <w:p w14:paraId="6332E216" w14:textId="77777777" w:rsidR="004B432C" w:rsidRPr="00055C4F" w:rsidRDefault="004B432C">
            <w:pPr>
              <w:rPr>
                <w:sz w:val="20"/>
                <w:szCs w:val="21"/>
                <w:lang w:val="de-DE"/>
              </w:rPr>
            </w:pPr>
          </w:p>
        </w:tc>
      </w:tr>
      <w:tr w:rsidR="004B432C" w:rsidRPr="00055C4F" w14:paraId="3420583C" w14:textId="77777777" w:rsidTr="00055C4F">
        <w:tblPrEx>
          <w:jc w:val="left"/>
        </w:tblPrEx>
        <w:tc>
          <w:tcPr>
            <w:tcW w:w="7504" w:type="dxa"/>
            <w:tcBorders>
              <w:top w:val="single" w:sz="4" w:space="0" w:color="D9E4D8"/>
              <w:left w:val="single" w:sz="4" w:space="0" w:color="D9E4D8"/>
              <w:bottom w:val="single" w:sz="4" w:space="0" w:color="D9E4D8"/>
              <w:right w:val="single" w:sz="4" w:space="0" w:color="D9E4D8"/>
            </w:tcBorders>
            <w:shd w:val="clear" w:color="auto" w:fill="E8EFE6"/>
            <w:tcMar>
              <w:top w:w="120" w:type="dxa"/>
              <w:left w:w="120" w:type="dxa"/>
              <w:bottom w:w="120" w:type="dxa"/>
              <w:right w:w="120" w:type="dxa"/>
            </w:tcMar>
          </w:tcPr>
          <w:p w14:paraId="67A33C8F" w14:textId="77777777" w:rsidR="004B432C" w:rsidRPr="00055C4F" w:rsidRDefault="00C03C5F">
            <w:pPr>
              <w:rPr>
                <w:sz w:val="20"/>
                <w:szCs w:val="21"/>
                <w:lang w:val="de-DE"/>
              </w:rPr>
            </w:pPr>
            <w:r w:rsidRPr="00055C4F">
              <w:rPr>
                <w:b/>
                <w:color w:val="23302A"/>
                <w:sz w:val="16"/>
                <w:szCs w:val="21"/>
                <w:lang w:val="de-DE"/>
              </w:rPr>
              <w:t>Übergeben an / Stelle</w:t>
            </w:r>
          </w:p>
        </w:tc>
        <w:tc>
          <w:tcPr>
            <w:tcW w:w="7559" w:type="dxa"/>
            <w:tcBorders>
              <w:top w:val="single" w:sz="4" w:space="0" w:color="D9E4D8"/>
              <w:left w:val="single" w:sz="4" w:space="0" w:color="D9E4D8"/>
              <w:bottom w:val="single" w:sz="4" w:space="0" w:color="D9E4D8"/>
              <w:right w:val="single" w:sz="4" w:space="0" w:color="D9E4D8"/>
            </w:tcBorders>
            <w:tcMar>
              <w:top w:w="120" w:type="dxa"/>
              <w:left w:w="120" w:type="dxa"/>
              <w:bottom w:w="120" w:type="dxa"/>
              <w:right w:w="120" w:type="dxa"/>
            </w:tcMar>
          </w:tcPr>
          <w:p w14:paraId="7C571728" w14:textId="77777777" w:rsidR="004B432C" w:rsidRPr="00055C4F" w:rsidRDefault="004B432C">
            <w:pPr>
              <w:rPr>
                <w:sz w:val="20"/>
                <w:szCs w:val="21"/>
                <w:lang w:val="de-DE"/>
              </w:rPr>
            </w:pPr>
          </w:p>
        </w:tc>
      </w:tr>
      <w:tr w:rsidR="004B432C" w:rsidRPr="00055C4F" w14:paraId="132E021C" w14:textId="77777777" w:rsidTr="00055C4F">
        <w:tblPrEx>
          <w:jc w:val="left"/>
        </w:tblPrEx>
        <w:tc>
          <w:tcPr>
            <w:tcW w:w="7504" w:type="dxa"/>
            <w:tcBorders>
              <w:top w:val="single" w:sz="4" w:space="0" w:color="D9E4D8"/>
              <w:left w:val="single" w:sz="4" w:space="0" w:color="D9E4D8"/>
              <w:bottom w:val="single" w:sz="4" w:space="0" w:color="D9E4D8"/>
              <w:right w:val="single" w:sz="4" w:space="0" w:color="D9E4D8"/>
            </w:tcBorders>
            <w:shd w:val="clear" w:color="auto" w:fill="E8EFE6"/>
            <w:tcMar>
              <w:top w:w="120" w:type="dxa"/>
              <w:left w:w="120" w:type="dxa"/>
              <w:bottom w:w="120" w:type="dxa"/>
              <w:right w:w="120" w:type="dxa"/>
            </w:tcMar>
          </w:tcPr>
          <w:p w14:paraId="57E5D5A1" w14:textId="77777777" w:rsidR="004B432C" w:rsidRPr="00055C4F" w:rsidRDefault="00C03C5F">
            <w:pPr>
              <w:rPr>
                <w:sz w:val="20"/>
                <w:szCs w:val="21"/>
                <w:lang w:val="de-DE"/>
              </w:rPr>
            </w:pPr>
            <w:r w:rsidRPr="00055C4F">
              <w:rPr>
                <w:b/>
                <w:color w:val="23302A"/>
                <w:sz w:val="16"/>
                <w:szCs w:val="21"/>
                <w:lang w:val="de-DE"/>
              </w:rPr>
              <w:t>Übergeben durch</w:t>
            </w:r>
          </w:p>
        </w:tc>
        <w:tc>
          <w:tcPr>
            <w:tcW w:w="7559" w:type="dxa"/>
            <w:tcBorders>
              <w:top w:val="single" w:sz="4" w:space="0" w:color="D9E4D8"/>
              <w:left w:val="single" w:sz="4" w:space="0" w:color="D9E4D8"/>
              <w:bottom w:val="single" w:sz="4" w:space="0" w:color="D9E4D8"/>
              <w:right w:val="single" w:sz="4" w:space="0" w:color="D9E4D8"/>
            </w:tcBorders>
            <w:tcMar>
              <w:top w:w="120" w:type="dxa"/>
              <w:left w:w="120" w:type="dxa"/>
              <w:bottom w:w="120" w:type="dxa"/>
              <w:right w:w="120" w:type="dxa"/>
            </w:tcMar>
          </w:tcPr>
          <w:p w14:paraId="2741678B" w14:textId="77777777" w:rsidR="004B432C" w:rsidRPr="00055C4F" w:rsidRDefault="004B432C">
            <w:pPr>
              <w:rPr>
                <w:sz w:val="20"/>
                <w:szCs w:val="21"/>
                <w:lang w:val="de-DE"/>
              </w:rPr>
            </w:pPr>
          </w:p>
        </w:tc>
      </w:tr>
      <w:tr w:rsidR="004B432C" w:rsidRPr="00055C4F" w14:paraId="2557CB6D" w14:textId="77777777" w:rsidTr="00055C4F">
        <w:tblPrEx>
          <w:jc w:val="left"/>
        </w:tblPrEx>
        <w:tc>
          <w:tcPr>
            <w:tcW w:w="7504" w:type="dxa"/>
            <w:tcBorders>
              <w:top w:val="single" w:sz="4" w:space="0" w:color="D9E4D8"/>
              <w:left w:val="single" w:sz="4" w:space="0" w:color="D9E4D8"/>
              <w:bottom w:val="single" w:sz="4" w:space="0" w:color="D9E4D8"/>
              <w:right w:val="single" w:sz="4" w:space="0" w:color="D9E4D8"/>
            </w:tcBorders>
            <w:shd w:val="clear" w:color="auto" w:fill="E8EFE6"/>
            <w:tcMar>
              <w:top w:w="120" w:type="dxa"/>
              <w:left w:w="120" w:type="dxa"/>
              <w:bottom w:w="120" w:type="dxa"/>
              <w:right w:w="120" w:type="dxa"/>
            </w:tcMar>
          </w:tcPr>
          <w:p w14:paraId="6713B201" w14:textId="77777777" w:rsidR="004B432C" w:rsidRPr="00055C4F" w:rsidRDefault="00C03C5F">
            <w:pPr>
              <w:rPr>
                <w:sz w:val="20"/>
                <w:szCs w:val="21"/>
                <w:lang w:val="de-DE"/>
              </w:rPr>
            </w:pPr>
            <w:r w:rsidRPr="00055C4F">
              <w:rPr>
                <w:b/>
                <w:color w:val="23302A"/>
                <w:sz w:val="16"/>
                <w:szCs w:val="21"/>
                <w:lang w:val="de-DE"/>
              </w:rPr>
              <w:t>Anzahl Unterschriftenblätter</w:t>
            </w:r>
          </w:p>
        </w:tc>
        <w:tc>
          <w:tcPr>
            <w:tcW w:w="7559" w:type="dxa"/>
            <w:tcBorders>
              <w:top w:val="single" w:sz="4" w:space="0" w:color="D9E4D8"/>
              <w:left w:val="single" w:sz="4" w:space="0" w:color="D9E4D8"/>
              <w:bottom w:val="single" w:sz="4" w:space="0" w:color="D9E4D8"/>
              <w:right w:val="single" w:sz="4" w:space="0" w:color="D9E4D8"/>
            </w:tcBorders>
            <w:tcMar>
              <w:top w:w="120" w:type="dxa"/>
              <w:left w:w="120" w:type="dxa"/>
              <w:bottom w:w="120" w:type="dxa"/>
              <w:right w:w="120" w:type="dxa"/>
            </w:tcMar>
          </w:tcPr>
          <w:p w14:paraId="79A0B54A" w14:textId="77777777" w:rsidR="004B432C" w:rsidRPr="00055C4F" w:rsidRDefault="004B432C">
            <w:pPr>
              <w:rPr>
                <w:sz w:val="20"/>
                <w:szCs w:val="21"/>
                <w:lang w:val="de-DE"/>
              </w:rPr>
            </w:pPr>
          </w:p>
        </w:tc>
      </w:tr>
      <w:tr w:rsidR="004B432C" w:rsidRPr="00055C4F" w14:paraId="0303858C" w14:textId="77777777" w:rsidTr="00055C4F">
        <w:tblPrEx>
          <w:jc w:val="left"/>
        </w:tblPrEx>
        <w:tc>
          <w:tcPr>
            <w:tcW w:w="7504" w:type="dxa"/>
            <w:tcBorders>
              <w:top w:val="single" w:sz="4" w:space="0" w:color="D9E4D8"/>
              <w:left w:val="single" w:sz="4" w:space="0" w:color="D9E4D8"/>
              <w:bottom w:val="single" w:sz="4" w:space="0" w:color="D9E4D8"/>
              <w:right w:val="single" w:sz="4" w:space="0" w:color="D9E4D8"/>
            </w:tcBorders>
            <w:shd w:val="clear" w:color="auto" w:fill="E8EFE6"/>
            <w:tcMar>
              <w:top w:w="120" w:type="dxa"/>
              <w:left w:w="120" w:type="dxa"/>
              <w:bottom w:w="120" w:type="dxa"/>
              <w:right w:w="120" w:type="dxa"/>
            </w:tcMar>
          </w:tcPr>
          <w:p w14:paraId="3423CBAC" w14:textId="77777777" w:rsidR="004B432C" w:rsidRPr="00055C4F" w:rsidRDefault="00C03C5F">
            <w:pPr>
              <w:rPr>
                <w:sz w:val="20"/>
                <w:szCs w:val="21"/>
                <w:lang w:val="de-DE"/>
              </w:rPr>
            </w:pPr>
            <w:r w:rsidRPr="00055C4F">
              <w:rPr>
                <w:b/>
                <w:color w:val="23302A"/>
                <w:sz w:val="16"/>
                <w:szCs w:val="21"/>
                <w:lang w:val="de-DE"/>
              </w:rPr>
              <w:t>Anzahl Unterschriften gesamt</w:t>
            </w:r>
          </w:p>
        </w:tc>
        <w:tc>
          <w:tcPr>
            <w:tcW w:w="7559" w:type="dxa"/>
            <w:tcBorders>
              <w:top w:val="single" w:sz="4" w:space="0" w:color="D9E4D8"/>
              <w:left w:val="single" w:sz="4" w:space="0" w:color="D9E4D8"/>
              <w:bottom w:val="single" w:sz="4" w:space="0" w:color="D9E4D8"/>
              <w:right w:val="single" w:sz="4" w:space="0" w:color="D9E4D8"/>
            </w:tcBorders>
            <w:tcMar>
              <w:top w:w="120" w:type="dxa"/>
              <w:left w:w="120" w:type="dxa"/>
              <w:bottom w:w="120" w:type="dxa"/>
              <w:right w:w="120" w:type="dxa"/>
            </w:tcMar>
          </w:tcPr>
          <w:p w14:paraId="5C494C5D" w14:textId="77777777" w:rsidR="004B432C" w:rsidRPr="00055C4F" w:rsidRDefault="004B432C">
            <w:pPr>
              <w:rPr>
                <w:sz w:val="20"/>
                <w:szCs w:val="21"/>
                <w:lang w:val="de-DE"/>
              </w:rPr>
            </w:pPr>
          </w:p>
        </w:tc>
      </w:tr>
      <w:tr w:rsidR="004B432C" w:rsidRPr="00055C4F" w14:paraId="4C80C51B" w14:textId="77777777" w:rsidTr="00055C4F">
        <w:tblPrEx>
          <w:jc w:val="left"/>
        </w:tblPrEx>
        <w:tc>
          <w:tcPr>
            <w:tcW w:w="7504" w:type="dxa"/>
            <w:tcBorders>
              <w:top w:val="single" w:sz="4" w:space="0" w:color="D9E4D8"/>
              <w:left w:val="single" w:sz="4" w:space="0" w:color="D9E4D8"/>
              <w:bottom w:val="single" w:sz="4" w:space="0" w:color="D9E4D8"/>
              <w:right w:val="single" w:sz="4" w:space="0" w:color="D9E4D8"/>
            </w:tcBorders>
            <w:shd w:val="clear" w:color="auto" w:fill="E8EFE6"/>
            <w:tcMar>
              <w:top w:w="120" w:type="dxa"/>
              <w:left w:w="120" w:type="dxa"/>
              <w:bottom w:w="120" w:type="dxa"/>
              <w:right w:w="120" w:type="dxa"/>
            </w:tcMar>
          </w:tcPr>
          <w:p w14:paraId="392705B4" w14:textId="77777777" w:rsidR="004B432C" w:rsidRPr="00055C4F" w:rsidRDefault="00C03C5F">
            <w:pPr>
              <w:rPr>
                <w:sz w:val="20"/>
                <w:szCs w:val="21"/>
                <w:lang w:val="de-DE"/>
              </w:rPr>
            </w:pPr>
            <w:r w:rsidRPr="00055C4F">
              <w:rPr>
                <w:b/>
                <w:color w:val="23302A"/>
                <w:sz w:val="16"/>
                <w:szCs w:val="21"/>
                <w:lang w:val="de-DE"/>
              </w:rPr>
              <w:t>Begleitdokumente / Anlagen</w:t>
            </w:r>
          </w:p>
        </w:tc>
        <w:tc>
          <w:tcPr>
            <w:tcW w:w="7559" w:type="dxa"/>
            <w:tcBorders>
              <w:top w:val="single" w:sz="4" w:space="0" w:color="D9E4D8"/>
              <w:left w:val="single" w:sz="4" w:space="0" w:color="D9E4D8"/>
              <w:bottom w:val="single" w:sz="4" w:space="0" w:color="D9E4D8"/>
              <w:right w:val="single" w:sz="4" w:space="0" w:color="D9E4D8"/>
            </w:tcBorders>
            <w:tcMar>
              <w:top w:w="120" w:type="dxa"/>
              <w:left w:w="120" w:type="dxa"/>
              <w:bottom w:w="120" w:type="dxa"/>
              <w:right w:w="120" w:type="dxa"/>
            </w:tcMar>
          </w:tcPr>
          <w:p w14:paraId="2912ACED" w14:textId="77777777" w:rsidR="004B432C" w:rsidRPr="00055C4F" w:rsidRDefault="004B432C">
            <w:pPr>
              <w:rPr>
                <w:sz w:val="20"/>
                <w:szCs w:val="21"/>
                <w:lang w:val="de-DE"/>
              </w:rPr>
            </w:pPr>
          </w:p>
        </w:tc>
      </w:tr>
      <w:tr w:rsidR="004B432C" w:rsidRPr="00055C4F" w14:paraId="4AE5E4EC" w14:textId="77777777" w:rsidTr="00055C4F">
        <w:tblPrEx>
          <w:jc w:val="left"/>
        </w:tblPrEx>
        <w:tc>
          <w:tcPr>
            <w:tcW w:w="7504" w:type="dxa"/>
            <w:tcBorders>
              <w:top w:val="single" w:sz="4" w:space="0" w:color="D9E4D8"/>
              <w:left w:val="single" w:sz="4" w:space="0" w:color="D9E4D8"/>
              <w:bottom w:val="single" w:sz="4" w:space="0" w:color="D9E4D8"/>
              <w:right w:val="single" w:sz="4" w:space="0" w:color="D9E4D8"/>
            </w:tcBorders>
            <w:shd w:val="clear" w:color="auto" w:fill="E8EFE6"/>
            <w:tcMar>
              <w:top w:w="120" w:type="dxa"/>
              <w:left w:w="120" w:type="dxa"/>
              <w:bottom w:w="120" w:type="dxa"/>
              <w:right w:w="120" w:type="dxa"/>
            </w:tcMar>
          </w:tcPr>
          <w:p w14:paraId="031681D1" w14:textId="77777777" w:rsidR="004B432C" w:rsidRPr="00055C4F" w:rsidRDefault="00C03C5F">
            <w:pPr>
              <w:rPr>
                <w:sz w:val="20"/>
                <w:szCs w:val="21"/>
                <w:lang w:val="de-DE"/>
              </w:rPr>
            </w:pPr>
            <w:r w:rsidRPr="00055C4F">
              <w:rPr>
                <w:b/>
                <w:color w:val="23302A"/>
                <w:sz w:val="16"/>
                <w:szCs w:val="21"/>
                <w:lang w:val="de-DE"/>
              </w:rPr>
              <w:t>Unterschrift Übergabe</w:t>
            </w:r>
          </w:p>
        </w:tc>
        <w:tc>
          <w:tcPr>
            <w:tcW w:w="7559" w:type="dxa"/>
            <w:tcBorders>
              <w:top w:val="single" w:sz="4" w:space="0" w:color="D9E4D8"/>
              <w:left w:val="single" w:sz="4" w:space="0" w:color="D9E4D8"/>
              <w:bottom w:val="single" w:sz="4" w:space="0" w:color="D9E4D8"/>
              <w:right w:val="single" w:sz="4" w:space="0" w:color="D9E4D8"/>
            </w:tcBorders>
            <w:tcMar>
              <w:top w:w="120" w:type="dxa"/>
              <w:left w:w="120" w:type="dxa"/>
              <w:bottom w:w="120" w:type="dxa"/>
              <w:right w:w="120" w:type="dxa"/>
            </w:tcMar>
          </w:tcPr>
          <w:p w14:paraId="117EDCB6" w14:textId="77777777" w:rsidR="004B432C" w:rsidRPr="00055C4F" w:rsidRDefault="004B432C">
            <w:pPr>
              <w:rPr>
                <w:sz w:val="20"/>
                <w:szCs w:val="21"/>
                <w:lang w:val="de-DE"/>
              </w:rPr>
            </w:pPr>
          </w:p>
        </w:tc>
      </w:tr>
    </w:tbl>
    <w:p w14:paraId="4D0E583D" w14:textId="77777777" w:rsidR="00C03C5F" w:rsidRPr="00055C4F" w:rsidRDefault="00C03C5F">
      <w:pPr>
        <w:rPr>
          <w:sz w:val="20"/>
          <w:szCs w:val="21"/>
          <w:lang w:val="de-DE"/>
        </w:rPr>
      </w:pPr>
    </w:p>
    <w:sectPr w:rsidR="00C03C5F" w:rsidRPr="00055C4F" w:rsidSect="00034616">
      <w:pgSz w:w="15840" w:h="12240" w:orient="landscape"/>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8C03A" w14:textId="77777777" w:rsidR="00C03C5F" w:rsidRDefault="00C03C5F">
      <w:pPr>
        <w:spacing w:after="0" w:line="240" w:lineRule="auto"/>
      </w:pPr>
      <w:r>
        <w:separator/>
      </w:r>
    </w:p>
  </w:endnote>
  <w:endnote w:type="continuationSeparator" w:id="0">
    <w:p w14:paraId="2EAF0D4E" w14:textId="77777777" w:rsidR="00C03C5F" w:rsidRDefault="00C03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E6BA" w14:textId="77777777" w:rsidR="004B432C" w:rsidRPr="00BF127F" w:rsidRDefault="00C03C5F">
    <w:pPr>
      <w:pStyle w:val="Fuzeile"/>
      <w:jc w:val="center"/>
      <w:rPr>
        <w:lang w:val="de-DE"/>
      </w:rPr>
    </w:pPr>
    <w:r w:rsidRPr="00BF127F">
      <w:rPr>
        <w:color w:val="5C6B60"/>
        <w:sz w:val="16"/>
        <w:lang w:val="de-DE"/>
      </w:rPr>
      <w:t>Initiative Flechtinger Höhenzug · Petitions- und Unterschriftendokument · Stand August 2026Initiative Flechtinger Höhenzug · Petitions- und Unterschriftendokument · Stand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81947" w14:textId="77777777" w:rsidR="00C03C5F" w:rsidRDefault="00C03C5F">
      <w:pPr>
        <w:spacing w:after="0" w:line="240" w:lineRule="auto"/>
      </w:pPr>
      <w:r>
        <w:separator/>
      </w:r>
    </w:p>
  </w:footnote>
  <w:footnote w:type="continuationSeparator" w:id="0">
    <w:p w14:paraId="7720522B" w14:textId="77777777" w:rsidR="00C03C5F" w:rsidRDefault="00C03C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788499133">
    <w:abstractNumId w:val="8"/>
  </w:num>
  <w:num w:numId="2" w16cid:durableId="1047027045">
    <w:abstractNumId w:val="6"/>
  </w:num>
  <w:num w:numId="3" w16cid:durableId="983700878">
    <w:abstractNumId w:val="5"/>
  </w:num>
  <w:num w:numId="4" w16cid:durableId="210506592">
    <w:abstractNumId w:val="4"/>
  </w:num>
  <w:num w:numId="5" w16cid:durableId="279190715">
    <w:abstractNumId w:val="7"/>
  </w:num>
  <w:num w:numId="6" w16cid:durableId="1688676780">
    <w:abstractNumId w:val="3"/>
  </w:num>
  <w:num w:numId="7" w16cid:durableId="2045985279">
    <w:abstractNumId w:val="2"/>
  </w:num>
  <w:num w:numId="8" w16cid:durableId="689334138">
    <w:abstractNumId w:val="1"/>
  </w:num>
  <w:num w:numId="9" w16cid:durableId="457336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5C4F"/>
    <w:rsid w:val="0006063C"/>
    <w:rsid w:val="000F4488"/>
    <w:rsid w:val="0015074B"/>
    <w:rsid w:val="0029639D"/>
    <w:rsid w:val="003020AA"/>
    <w:rsid w:val="00326F90"/>
    <w:rsid w:val="004B432C"/>
    <w:rsid w:val="006B0BFC"/>
    <w:rsid w:val="00AA1D8D"/>
    <w:rsid w:val="00B47730"/>
    <w:rsid w:val="00BA02BA"/>
    <w:rsid w:val="00BF127F"/>
    <w:rsid w:val="00C03C5F"/>
    <w:rsid w:val="00CB0664"/>
    <w:rsid w:val="00ED7264"/>
    <w:rsid w:val="00F020AC"/>
    <w:rsid w:val="00FB3BF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F926E9A1-AF86-43C5-8E94-102ABE193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20" w:line="259" w:lineRule="auto"/>
    </w:pPr>
    <w:rPr>
      <w:rFonts w:ascii="Aptos" w:eastAsia="Aptos" w:hAnsi="Aptos"/>
      <w:sz w:val="21"/>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ind w:left="360"/>
      <w:contextualSpacing/>
    </w:pPr>
  </w:style>
  <w:style w:type="paragraph" w:styleId="Listenfortsetzung2">
    <w:name w:val="List Continue 2"/>
    <w:basedOn w:val="Standard"/>
    <w:uiPriority w:val="99"/>
    <w:unhideWhenUsed/>
    <w:rsid w:val="0029639D"/>
    <w:pPr>
      <w:ind w:left="720"/>
      <w:contextualSpacing/>
    </w:pPr>
  </w:style>
  <w:style w:type="paragraph" w:styleId="Listenfortsetzung3">
    <w:name w:val="List Continue 3"/>
    <w:basedOn w:val="Standard"/>
    <w:uiPriority w:val="99"/>
    <w:unhideWhenUsed/>
    <w:rsid w:val="0029639D"/>
    <w:pPr>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b1c9b508-7c6e-42bd-bedf-808292653d6c}" enabled="1" method="Standar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1085</Words>
  <Characters>8009</Characters>
  <Application>Microsoft Office Word</Application>
  <DocSecurity>0</DocSecurity>
  <Lines>572</Lines>
  <Paragraphs>216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8878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Warnke, Steffen (VPM/2)</dc:creator>
  <cp:keywords/>
  <dc:description>generated by python-docx</dc:description>
  <cp:lastModifiedBy>Warnke, Steffen (VPM/2)</cp:lastModifiedBy>
  <cp:revision>2</cp:revision>
  <dcterms:created xsi:type="dcterms:W3CDTF">2026-08-04T23:44:00Z</dcterms:created>
  <dcterms:modified xsi:type="dcterms:W3CDTF">2026-08-04T23:44:00Z</dcterms:modified>
  <cp:category/>
</cp:coreProperties>
</file>